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FC2EF" w14:textId="77777777" w:rsidR="00D31D2B" w:rsidRDefault="003C6566">
      <w:pPr>
        <w:pStyle w:val="Titre"/>
      </w:pPr>
      <w:r>
        <w:t xml:space="preserve">RAPPORT D’ÉTAPE </w:t>
      </w:r>
      <w:r w:rsidR="00BD3D99">
        <w:t xml:space="preserve">PHASE DE CRÉATION DU </w:t>
      </w:r>
      <w:r w:rsidR="00F66A9B">
        <w:t>PROJET: UNE FEMME</w:t>
      </w:r>
      <w:r w:rsidR="00DF1972">
        <w:t>, UNE</w:t>
      </w:r>
      <w:r w:rsidR="00F66A9B">
        <w:t xml:space="preserve"> PLANTATION D’HEVEA ASSOCIEE</w:t>
      </w:r>
    </w:p>
    <w:p w14:paraId="68562B08" w14:textId="77777777" w:rsidR="00D31D2B" w:rsidRDefault="00F66A9B">
      <w:proofErr w:type="spellStart"/>
      <w:r>
        <w:t>Localisation</w:t>
      </w:r>
      <w:proofErr w:type="spellEnd"/>
      <w:r>
        <w:t>:</w:t>
      </w:r>
      <w:r w:rsidR="00BD3D99">
        <w:t xml:space="preserve"> </w:t>
      </w:r>
      <w:r>
        <w:t>Region</w:t>
      </w:r>
      <w:r w:rsidR="00BD3D99">
        <w:t xml:space="preserve"> du </w:t>
      </w:r>
      <w:proofErr w:type="spellStart"/>
      <w:r w:rsidR="00BD3D99">
        <w:t>Moronou</w:t>
      </w:r>
      <w:proofErr w:type="spellEnd"/>
      <w:r w:rsidR="00077C2D">
        <w:t xml:space="preserve"> et </w:t>
      </w:r>
      <w:proofErr w:type="spellStart"/>
      <w:r w:rsidR="00077C2D">
        <w:t>Gontougo</w:t>
      </w:r>
      <w:proofErr w:type="spellEnd"/>
    </w:p>
    <w:p w14:paraId="4CBDB470" w14:textId="77777777" w:rsidR="00D31D2B" w:rsidRDefault="00BD3D99">
      <w:proofErr w:type="gramStart"/>
      <w:r>
        <w:t>Date :</w:t>
      </w:r>
      <w:proofErr w:type="gramEnd"/>
      <w:r>
        <w:t xml:space="preserve"> Juillet 2025</w:t>
      </w:r>
    </w:p>
    <w:p w14:paraId="24C0010F" w14:textId="77777777" w:rsidR="00D31D2B" w:rsidRDefault="00BD3D99">
      <w:r>
        <w:t xml:space="preserve">Structure </w:t>
      </w:r>
      <w:proofErr w:type="spellStart"/>
      <w:r w:rsidR="00F66A9B">
        <w:t>porteuse</w:t>
      </w:r>
      <w:proofErr w:type="spellEnd"/>
      <w:r w:rsidR="00F66A9B">
        <w:t xml:space="preserve">: Association des femmes de la </w:t>
      </w:r>
      <w:proofErr w:type="spellStart"/>
      <w:r w:rsidR="00F66A9B">
        <w:t>filiere</w:t>
      </w:r>
      <w:proofErr w:type="spellEnd"/>
      <w:r w:rsidR="00F66A9B">
        <w:t xml:space="preserve"> </w:t>
      </w:r>
      <w:proofErr w:type="spellStart"/>
      <w:r w:rsidR="00F66A9B">
        <w:t>hevea</w:t>
      </w:r>
      <w:proofErr w:type="spellEnd"/>
      <w:r w:rsidR="00F66A9B">
        <w:t xml:space="preserve"> de Cote d’Ivoire (AFEPH-CI)</w:t>
      </w:r>
    </w:p>
    <w:p w14:paraId="74F56427" w14:textId="77777777" w:rsidR="00216F64" w:rsidRDefault="00BD3D99">
      <w:pPr>
        <w:rPr>
          <w:b/>
          <w:lang w:val="fr-FR"/>
        </w:rPr>
      </w:pPr>
      <w:r>
        <w:t xml:space="preserve">Nom du </w:t>
      </w:r>
      <w:proofErr w:type="spellStart"/>
      <w:r w:rsidR="00F66A9B">
        <w:t>projet</w:t>
      </w:r>
      <w:proofErr w:type="spellEnd"/>
      <w:r w:rsidR="00F66A9B">
        <w:t>:</w:t>
      </w:r>
      <w:r>
        <w:t xml:space="preserve"> </w:t>
      </w:r>
      <w:r w:rsidR="00F66A9B" w:rsidRPr="00F66A9B">
        <w:rPr>
          <w:b/>
          <w:lang w:val="fr-FR"/>
        </w:rPr>
        <w:t xml:space="preserve">PROJET D’APPUI </w:t>
      </w:r>
      <w:proofErr w:type="gramStart"/>
      <w:r w:rsidR="00F66A9B" w:rsidRPr="00F66A9B">
        <w:rPr>
          <w:b/>
          <w:lang w:val="fr-FR"/>
        </w:rPr>
        <w:t>A</w:t>
      </w:r>
      <w:proofErr w:type="gramEnd"/>
      <w:r w:rsidR="00F66A9B" w:rsidRPr="00F66A9B">
        <w:rPr>
          <w:b/>
          <w:lang w:val="fr-FR"/>
        </w:rPr>
        <w:t xml:space="preserve"> L’AUTONOMISATION ECONOMIQUE DURABLE DES FEMMES RURALES </w:t>
      </w:r>
      <w:r w:rsidR="00DF1972" w:rsidRPr="00F66A9B">
        <w:rPr>
          <w:b/>
          <w:lang w:val="fr-FR"/>
        </w:rPr>
        <w:t>DENOMME:</w:t>
      </w:r>
      <w:r w:rsidR="00F66A9B" w:rsidRPr="00F66A9B">
        <w:rPr>
          <w:b/>
          <w:lang w:val="fr-FR"/>
        </w:rPr>
        <w:t xml:space="preserve"> ‘’UNE FEMME, UNE PLANTATION D’HEVEA ASSOCIEE </w:t>
      </w:r>
    </w:p>
    <w:p w14:paraId="051025DB" w14:textId="77777777" w:rsidR="00D31D2B" w:rsidRPr="00216F64" w:rsidRDefault="00F66A9B">
      <w:pPr>
        <w:rPr>
          <w:b/>
        </w:rPr>
      </w:pPr>
      <w:r w:rsidRPr="00216F64">
        <w:rPr>
          <w:b/>
          <w:lang w:val="fr-FR"/>
        </w:rPr>
        <w:t>‘</w:t>
      </w:r>
      <w:r w:rsidR="00BD3D99" w:rsidRPr="00216F64">
        <w:rPr>
          <w:b/>
        </w:rPr>
        <w:t xml:space="preserve">Phase </w:t>
      </w:r>
      <w:proofErr w:type="spellStart"/>
      <w:proofErr w:type="gramStart"/>
      <w:r w:rsidR="00216F64">
        <w:rPr>
          <w:b/>
        </w:rPr>
        <w:t>actuelle</w:t>
      </w:r>
      <w:proofErr w:type="spellEnd"/>
      <w:r w:rsidR="00216F64">
        <w:rPr>
          <w:b/>
        </w:rPr>
        <w:t>:</w:t>
      </w:r>
      <w:proofErr w:type="gramEnd"/>
      <w:r w:rsidR="00216F64">
        <w:rPr>
          <w:b/>
        </w:rPr>
        <w:t xml:space="preserve"> </w:t>
      </w:r>
      <w:proofErr w:type="spellStart"/>
      <w:r w:rsidR="00BD3D99" w:rsidRPr="00216F64">
        <w:rPr>
          <w:b/>
        </w:rPr>
        <w:t>Composante</w:t>
      </w:r>
      <w:proofErr w:type="spellEnd"/>
      <w:r w:rsidR="00BD3D99" w:rsidRPr="00216F64">
        <w:rPr>
          <w:b/>
        </w:rPr>
        <w:t xml:space="preserve"> 3 – </w:t>
      </w:r>
      <w:proofErr w:type="spellStart"/>
      <w:r w:rsidR="00BD3D99" w:rsidRPr="00216F64">
        <w:rPr>
          <w:b/>
        </w:rPr>
        <w:t>Création</w:t>
      </w:r>
      <w:proofErr w:type="spellEnd"/>
      <w:r w:rsidR="00BD3D99" w:rsidRPr="00216F64">
        <w:rPr>
          <w:b/>
        </w:rPr>
        <w:t xml:space="preserve"> des plantations </w:t>
      </w:r>
    </w:p>
    <w:p w14:paraId="5788F56F" w14:textId="77777777" w:rsidR="00D31D2B" w:rsidRPr="00101DCB" w:rsidRDefault="00BD3D99">
      <w:pPr>
        <w:pStyle w:val="Titre1"/>
        <w:rPr>
          <w:color w:val="auto"/>
        </w:rPr>
      </w:pPr>
      <w:r w:rsidRPr="00101DCB">
        <w:rPr>
          <w:color w:val="auto"/>
        </w:rPr>
        <w:t>1. CONTEXTE GÉNÉRAL</w:t>
      </w:r>
    </w:p>
    <w:p w14:paraId="3C3C89FA" w14:textId="77777777" w:rsidR="00D31D2B" w:rsidRDefault="00BD3D99">
      <w:r>
        <w:t xml:space="preserve">Dans le cadre du </w:t>
      </w:r>
      <w:proofErr w:type="spellStart"/>
      <w:r>
        <w:t>projet</w:t>
      </w:r>
      <w:proofErr w:type="spellEnd"/>
      <w:r>
        <w:t xml:space="preserve"> d’appui à </w:t>
      </w:r>
      <w:proofErr w:type="spellStart"/>
      <w:r>
        <w:t>l’autonomisation</w:t>
      </w:r>
      <w:proofErr w:type="spellEnd"/>
      <w:r>
        <w:t xml:space="preserve"> des femmes rurales </w:t>
      </w:r>
      <w:r w:rsidR="00101DCB">
        <w:t xml:space="preserve">dans 4 regions </w:t>
      </w:r>
      <w:proofErr w:type="spellStart"/>
      <w:proofErr w:type="gramStart"/>
      <w:r w:rsidR="00101DCB">
        <w:t>don</w:t>
      </w:r>
      <w:r w:rsidR="00F66A9B">
        <w:t>t</w:t>
      </w:r>
      <w:proofErr w:type="spellEnd"/>
      <w:r w:rsidR="00F66A9B">
        <w:t xml:space="preserve"> </w:t>
      </w:r>
      <w:r>
        <w:t xml:space="preserve"> la</w:t>
      </w:r>
      <w:proofErr w:type="gramEnd"/>
      <w:r>
        <w:t xml:space="preserve"> </w:t>
      </w:r>
      <w:proofErr w:type="spellStart"/>
      <w:r>
        <w:t>région</w:t>
      </w:r>
      <w:proofErr w:type="spellEnd"/>
      <w:r>
        <w:t xml:space="preserve"> du </w:t>
      </w:r>
      <w:proofErr w:type="spellStart"/>
      <w:r>
        <w:t>Moronou</w:t>
      </w:r>
      <w:proofErr w:type="spellEnd"/>
      <w:r>
        <w:t>,</w:t>
      </w:r>
      <w:r w:rsidR="00077C2D">
        <w:t xml:space="preserve"> et </w:t>
      </w:r>
      <w:proofErr w:type="spellStart"/>
      <w:r w:rsidR="00077C2D">
        <w:t>gontougo</w:t>
      </w:r>
      <w:proofErr w:type="spellEnd"/>
      <w:r w:rsidR="00077C2D">
        <w:t>,</w:t>
      </w:r>
      <w:r>
        <w:t xml:space="preserve"> </w:t>
      </w:r>
      <w:proofErr w:type="spellStart"/>
      <w:r>
        <w:t>une</w:t>
      </w:r>
      <w:proofErr w:type="spellEnd"/>
      <w:r>
        <w:t xml:space="preserve"> initiative </w:t>
      </w:r>
      <w:r w:rsidR="00F66A9B">
        <w:t xml:space="preserve">de creation des plantations </w:t>
      </w:r>
      <w:proofErr w:type="spellStart"/>
      <w:r w:rsidR="00F66A9B">
        <w:t>d’hevea</w:t>
      </w:r>
      <w:proofErr w:type="spellEnd"/>
      <w:r w:rsidR="00F66A9B">
        <w:t xml:space="preserve">  </w:t>
      </w:r>
      <w:r>
        <w:t xml:space="preserve">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la</w:t>
      </w:r>
      <w:r w:rsidR="00F66A9B">
        <w:t>ncée</w:t>
      </w:r>
      <w:proofErr w:type="spellEnd"/>
      <w:r w:rsidR="00F66A9B">
        <w:t xml:space="preserve"> </w:t>
      </w:r>
      <w:r>
        <w:t xml:space="preserve">. Ce </w:t>
      </w:r>
      <w:proofErr w:type="spellStart"/>
      <w:r>
        <w:t>projet</w:t>
      </w:r>
      <w:proofErr w:type="spellEnd"/>
      <w:r>
        <w:t xml:space="preserve"> vise à </w:t>
      </w:r>
      <w:proofErr w:type="spellStart"/>
      <w:r>
        <w:t>offrir</w:t>
      </w:r>
      <w:proofErr w:type="spellEnd"/>
      <w:r>
        <w:t xml:space="preserve"> aux femmes un </w:t>
      </w:r>
      <w:proofErr w:type="spellStart"/>
      <w:r>
        <w:t>revenu</w:t>
      </w:r>
      <w:proofErr w:type="spellEnd"/>
      <w:r>
        <w:t xml:space="preserve"> stable, </w:t>
      </w:r>
      <w:proofErr w:type="spellStart"/>
      <w:r>
        <w:t>améliorer</w:t>
      </w:r>
      <w:proofErr w:type="spellEnd"/>
      <w:r>
        <w:t xml:space="preserve"> la </w:t>
      </w:r>
      <w:proofErr w:type="spellStart"/>
      <w:r>
        <w:t>sécurité</w:t>
      </w:r>
      <w:proofErr w:type="spellEnd"/>
      <w:r>
        <w:t xml:space="preserve"> </w:t>
      </w:r>
      <w:proofErr w:type="spellStart"/>
      <w:r>
        <w:t>alimentaire</w:t>
      </w:r>
      <w:proofErr w:type="spellEnd"/>
      <w:r>
        <w:t xml:space="preserve"> locale et </w:t>
      </w:r>
      <w:proofErr w:type="spellStart"/>
      <w:r>
        <w:t>promouvoir</w:t>
      </w:r>
      <w:proofErr w:type="spellEnd"/>
      <w:r>
        <w:t xml:space="preserve"> </w:t>
      </w:r>
      <w:proofErr w:type="spellStart"/>
      <w:r>
        <w:t>l’entrepreneuriat</w:t>
      </w:r>
      <w:proofErr w:type="spellEnd"/>
      <w:r>
        <w:t xml:space="preserve"> </w:t>
      </w:r>
      <w:proofErr w:type="spellStart"/>
      <w:r>
        <w:t>agricol</w:t>
      </w:r>
      <w:r w:rsidR="00F66A9B">
        <w:t>e</w:t>
      </w:r>
      <w:proofErr w:type="spellEnd"/>
      <w:r w:rsidR="00F66A9B">
        <w:t xml:space="preserve"> </w:t>
      </w:r>
      <w:proofErr w:type="spellStart"/>
      <w:r w:rsidR="00F66A9B">
        <w:t>féminin</w:t>
      </w:r>
      <w:proofErr w:type="spellEnd"/>
      <w:r w:rsidR="00F66A9B">
        <w:t>.</w:t>
      </w:r>
      <w:r w:rsidR="00F66A9B">
        <w:br/>
      </w:r>
      <w:proofErr w:type="spellStart"/>
      <w:r w:rsidR="00F66A9B">
        <w:t>L'objectif</w:t>
      </w:r>
      <w:proofErr w:type="spellEnd"/>
      <w:r w:rsidR="00F66A9B">
        <w:t xml:space="preserve"> global </w:t>
      </w:r>
      <w:proofErr w:type="spellStart"/>
      <w:r w:rsidR="00406045">
        <w:t>est</w:t>
      </w:r>
      <w:proofErr w:type="spellEnd"/>
      <w:r w:rsidR="00406045">
        <w:t xml:space="preserve"> </w:t>
      </w:r>
      <w:r w:rsidR="00F66A9B">
        <w:t xml:space="preserve">  de toucher 10</w:t>
      </w:r>
      <w:r>
        <w:t>00 femmes rurales</w:t>
      </w:r>
      <w:r w:rsidR="00F66A9B">
        <w:t xml:space="preserve"> par </w:t>
      </w:r>
      <w:proofErr w:type="gramStart"/>
      <w:r w:rsidR="00F66A9B">
        <w:t>an</w:t>
      </w:r>
      <w:proofErr w:type="gramEnd"/>
      <w:r w:rsidR="00F66A9B">
        <w:t xml:space="preserve"> pendant 5 </w:t>
      </w:r>
      <w:proofErr w:type="spellStart"/>
      <w:r w:rsidR="00406045">
        <w:t>ans</w:t>
      </w:r>
      <w:proofErr w:type="spellEnd"/>
      <w:r w:rsidR="00406045">
        <w:t>,</w:t>
      </w:r>
      <w:r>
        <w:t xml:space="preserve"> avec un </w:t>
      </w:r>
      <w:proofErr w:type="spellStart"/>
      <w:r w:rsidRPr="00216F64">
        <w:t>déploiement</w:t>
      </w:r>
      <w:proofErr w:type="spellEnd"/>
      <w:r w:rsidRPr="00216F64">
        <w:t xml:space="preserve"> </w:t>
      </w:r>
      <w:proofErr w:type="spellStart"/>
      <w:r w:rsidRPr="00216F64">
        <w:t>progressif</w:t>
      </w:r>
      <w:proofErr w:type="spellEnd"/>
      <w:r w:rsidRPr="00216F64">
        <w:t xml:space="preserve"> </w:t>
      </w:r>
      <w:proofErr w:type="spellStart"/>
      <w:r w:rsidR="00DF1972" w:rsidRPr="00216F64">
        <w:t>en</w:t>
      </w:r>
      <w:proofErr w:type="spellEnd"/>
      <w:r w:rsidR="00DF1972" w:rsidRPr="00216F64">
        <w:t xml:space="preserve"> </w:t>
      </w:r>
      <w:proofErr w:type="spellStart"/>
      <w:r w:rsidR="00DF1972" w:rsidRPr="00216F64">
        <w:t>plusieurs</w:t>
      </w:r>
      <w:proofErr w:type="spellEnd"/>
      <w:r w:rsidR="00DF1972" w:rsidRPr="00216F64">
        <w:t xml:space="preserve"> </w:t>
      </w:r>
      <w:proofErr w:type="spellStart"/>
      <w:r w:rsidR="00DF1972" w:rsidRPr="00216F64">
        <w:t>composantes</w:t>
      </w:r>
      <w:proofErr w:type="spellEnd"/>
      <w:r w:rsidR="00DF1972" w:rsidRPr="00216F64">
        <w:t xml:space="preserve"> </w:t>
      </w:r>
      <w:proofErr w:type="spellStart"/>
      <w:r w:rsidR="00DF1972" w:rsidRPr="00216F64">
        <w:t>repris</w:t>
      </w:r>
      <w:proofErr w:type="spellEnd"/>
      <w:r w:rsidR="00DF1972" w:rsidRPr="00216F64">
        <w:t xml:space="preserve"> ci dessous.</w:t>
      </w:r>
    </w:p>
    <w:p w14:paraId="79860FD0" w14:textId="77777777" w:rsidR="00DF1972" w:rsidRPr="00406045" w:rsidRDefault="00DF1972" w:rsidP="00DF1972">
      <w:pPr>
        <w:numPr>
          <w:ilvl w:val="0"/>
          <w:numId w:val="10"/>
        </w:numPr>
        <w:rPr>
          <w:b/>
          <w:u w:val="single"/>
          <w:lang w:val="fr-FR"/>
        </w:rPr>
      </w:pPr>
      <w:bookmarkStart w:id="0" w:name="_Toc71715525"/>
      <w:r w:rsidRPr="00406045">
        <w:rPr>
          <w:b/>
          <w:u w:val="single"/>
          <w:lang w:val="fr-FR"/>
        </w:rPr>
        <w:t>ACTIVITÉS</w:t>
      </w:r>
      <w:bookmarkEnd w:id="0"/>
    </w:p>
    <w:p w14:paraId="27199028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lang w:val="fr-FR"/>
        </w:rPr>
        <w:t>Les activités se divisent en cinq composantes principales.</w:t>
      </w:r>
    </w:p>
    <w:p w14:paraId="1ABC1019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i/>
          <w:lang w:val="fr-FR"/>
        </w:rPr>
        <w:t>Composante 1</w:t>
      </w:r>
      <w:r w:rsidRPr="00406045">
        <w:rPr>
          <w:b/>
          <w:lang w:val="fr-FR"/>
        </w:rPr>
        <w:t xml:space="preserve"> : les parcelles de terres</w:t>
      </w:r>
    </w:p>
    <w:p w14:paraId="3BC24016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Fais des tournées pour identifier les femmes propriétaires de parcelles ou faciliter l’accès à la terre à celles qui n’en possèdent pas.</w:t>
      </w:r>
    </w:p>
    <w:p w14:paraId="26215DE4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Faires des démarches administratives et coutumières pour sécuriser ces parcelles identifiées</w:t>
      </w:r>
    </w:p>
    <w:p w14:paraId="691BBBC2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Constituer le dossier de chaque femme du projet</w:t>
      </w:r>
    </w:p>
    <w:p w14:paraId="67FEE9B3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i/>
          <w:lang w:val="fr-FR"/>
        </w:rPr>
        <w:t>Composante 2 :</w:t>
      </w:r>
      <w:r w:rsidRPr="00406045">
        <w:rPr>
          <w:b/>
          <w:lang w:val="fr-FR"/>
        </w:rPr>
        <w:t xml:space="preserve"> Souscription pour les plants</w:t>
      </w:r>
    </w:p>
    <w:p w14:paraId="39586B45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Veillez à la souscription au projet de subvention social</w:t>
      </w:r>
      <w:r w:rsidR="00216F64">
        <w:rPr>
          <w:b/>
          <w:lang w:val="fr-FR"/>
        </w:rPr>
        <w:t xml:space="preserve"> de l’APROMAC afin </w:t>
      </w:r>
      <w:proofErr w:type="gramStart"/>
      <w:r w:rsidR="00216F64">
        <w:rPr>
          <w:b/>
          <w:lang w:val="fr-FR"/>
        </w:rPr>
        <w:t>d’alléger  le</w:t>
      </w:r>
      <w:proofErr w:type="gramEnd"/>
      <w:r w:rsidR="00216F64">
        <w:rPr>
          <w:b/>
          <w:lang w:val="fr-FR"/>
        </w:rPr>
        <w:t xml:space="preserve"> </w:t>
      </w:r>
      <w:proofErr w:type="spellStart"/>
      <w:r w:rsidR="00216F64">
        <w:rPr>
          <w:b/>
          <w:lang w:val="fr-FR"/>
        </w:rPr>
        <w:t>coût</w:t>
      </w:r>
      <w:proofErr w:type="spellEnd"/>
      <w:r w:rsidR="00216F64">
        <w:rPr>
          <w:b/>
          <w:lang w:val="fr-FR"/>
        </w:rPr>
        <w:t xml:space="preserve"> du plant hévé</w:t>
      </w:r>
      <w:r w:rsidRPr="00406045">
        <w:rPr>
          <w:b/>
          <w:lang w:val="fr-FR"/>
        </w:rPr>
        <w:t>a</w:t>
      </w:r>
    </w:p>
    <w:p w14:paraId="1017F77B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S’approcher des structures compétentes pour la demande des essences d’arbres</w:t>
      </w:r>
    </w:p>
    <w:p w14:paraId="027DF31E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lastRenderedPageBreak/>
        <w:t>Veillez au choix des essences d’arbres qui seront associés</w:t>
      </w:r>
    </w:p>
    <w:p w14:paraId="34E479AD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Veillez à la livraison des plants afin de s’assurer la conformité recommandée par l’APROMAC</w:t>
      </w:r>
    </w:p>
    <w:p w14:paraId="3C1CA908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lang w:val="fr-FR"/>
        </w:rPr>
        <w:t>Composant 3 : Plantations</w:t>
      </w:r>
    </w:p>
    <w:p w14:paraId="328D77D1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Veuillez à la mise en place des plantations associées selon les normes de pratiques culturales de la filière</w:t>
      </w:r>
    </w:p>
    <w:p w14:paraId="783A5394" w14:textId="77777777" w:rsidR="00DF1972" w:rsidRDefault="00DF1972" w:rsidP="00DF1972">
      <w:pPr>
        <w:numPr>
          <w:ilvl w:val="0"/>
          <w:numId w:val="11"/>
        </w:numPr>
        <w:rPr>
          <w:b/>
          <w:color w:val="00B050"/>
          <w:lang w:val="fr-FR"/>
        </w:rPr>
      </w:pPr>
      <w:r w:rsidRPr="00406045">
        <w:rPr>
          <w:b/>
          <w:color w:val="00B050"/>
          <w:lang w:val="fr-FR"/>
        </w:rPr>
        <w:t xml:space="preserve">Inciter à l’association des cultures </w:t>
      </w:r>
      <w:proofErr w:type="spellStart"/>
      <w:r w:rsidRPr="00406045">
        <w:rPr>
          <w:b/>
          <w:color w:val="00B050"/>
          <w:lang w:val="fr-FR"/>
        </w:rPr>
        <w:t>hevea</w:t>
      </w:r>
      <w:proofErr w:type="spellEnd"/>
      <w:r w:rsidRPr="00406045">
        <w:rPr>
          <w:b/>
          <w:color w:val="00B050"/>
          <w:lang w:val="fr-FR"/>
        </w:rPr>
        <w:t xml:space="preserve"> maraichers et vivriers afin d’avoir des ressources financières </w:t>
      </w:r>
      <w:r w:rsidR="00F64A99">
        <w:rPr>
          <w:b/>
          <w:color w:val="00B050"/>
          <w:lang w:val="fr-FR"/>
        </w:rPr>
        <w:t xml:space="preserve">à court terme </w:t>
      </w:r>
      <w:r w:rsidRPr="00406045">
        <w:rPr>
          <w:b/>
          <w:color w:val="00B050"/>
          <w:lang w:val="fr-FR"/>
        </w:rPr>
        <w:t>pour l’entretient de ces plantations</w:t>
      </w:r>
      <w:r w:rsidR="00077C2D">
        <w:rPr>
          <w:b/>
          <w:color w:val="00B050"/>
          <w:lang w:val="fr-FR"/>
        </w:rPr>
        <w:t xml:space="preserve"> et contribuer à la </w:t>
      </w:r>
      <w:proofErr w:type="spellStart"/>
      <w:r w:rsidR="00077C2D">
        <w:rPr>
          <w:b/>
          <w:color w:val="00B050"/>
          <w:lang w:val="fr-FR"/>
        </w:rPr>
        <w:t>sécurite</w:t>
      </w:r>
      <w:proofErr w:type="spellEnd"/>
      <w:r w:rsidR="00077C2D">
        <w:rPr>
          <w:b/>
          <w:color w:val="00B050"/>
          <w:lang w:val="fr-FR"/>
        </w:rPr>
        <w:t xml:space="preserve"> alimentaire</w:t>
      </w:r>
    </w:p>
    <w:p w14:paraId="70A55FFB" w14:textId="77777777" w:rsidR="00216F64" w:rsidRPr="00406045" w:rsidRDefault="00216F64" w:rsidP="00DF1972">
      <w:pPr>
        <w:numPr>
          <w:ilvl w:val="0"/>
          <w:numId w:val="11"/>
        </w:numPr>
        <w:rPr>
          <w:b/>
          <w:color w:val="00B050"/>
          <w:lang w:val="fr-FR"/>
        </w:rPr>
      </w:pPr>
      <w:r>
        <w:rPr>
          <w:b/>
          <w:color w:val="00B050"/>
          <w:lang w:val="fr-FR"/>
        </w:rPr>
        <w:t xml:space="preserve">Recherche de partenaires pour soutenir le projet </w:t>
      </w:r>
      <w:proofErr w:type="gramStart"/>
      <w:r>
        <w:rPr>
          <w:b/>
          <w:color w:val="00B050"/>
          <w:lang w:val="fr-FR"/>
        </w:rPr>
        <w:t>de  vivriers</w:t>
      </w:r>
      <w:proofErr w:type="gramEnd"/>
      <w:r>
        <w:rPr>
          <w:b/>
          <w:color w:val="00B050"/>
          <w:lang w:val="fr-FR"/>
        </w:rPr>
        <w:t xml:space="preserve"> maraichers des femmes ayant souscrit aux projets et se trouvant dans la phase de </w:t>
      </w:r>
      <w:r w:rsidR="00F64A99">
        <w:rPr>
          <w:b/>
          <w:color w:val="00B050"/>
          <w:lang w:val="fr-FR"/>
        </w:rPr>
        <w:t>création.</w:t>
      </w:r>
    </w:p>
    <w:p w14:paraId="13600CE8" w14:textId="77777777" w:rsidR="00DF1972" w:rsidRPr="00406045" w:rsidRDefault="00DF1972" w:rsidP="00DF1972">
      <w:pPr>
        <w:numPr>
          <w:ilvl w:val="0"/>
          <w:numId w:val="11"/>
        </w:numPr>
        <w:rPr>
          <w:b/>
          <w:lang w:val="fr-FR"/>
        </w:rPr>
      </w:pPr>
      <w:r w:rsidRPr="00406045">
        <w:rPr>
          <w:b/>
          <w:lang w:val="fr-FR"/>
        </w:rPr>
        <w:t>Veiller à l’entretient des jeunes plants.</w:t>
      </w:r>
    </w:p>
    <w:p w14:paraId="66DBE956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lang w:val="fr-FR"/>
        </w:rPr>
        <w:t>A ce niveau un appui aux itinéraires techniques de production est nécessaire.</w:t>
      </w:r>
    </w:p>
    <w:p w14:paraId="1D9365E8" w14:textId="77777777" w:rsidR="00DF1972" w:rsidRPr="00406045" w:rsidRDefault="00DF1972" w:rsidP="00DF1972">
      <w:pPr>
        <w:rPr>
          <w:b/>
          <w:lang w:val="fr-FR"/>
        </w:rPr>
      </w:pPr>
    </w:p>
    <w:p w14:paraId="3AB92AB5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lang w:val="fr-FR"/>
        </w:rPr>
        <w:t xml:space="preserve">Dans le cadre de l’appui technique, les intrants et petits matériels agricoles seront distribués une seule fois aux femmes engagés sur le projet. Les </w:t>
      </w:r>
      <w:proofErr w:type="gramStart"/>
      <w:r w:rsidRPr="00406045">
        <w:rPr>
          <w:b/>
          <w:lang w:val="fr-FR"/>
        </w:rPr>
        <w:t>femmes  seront</w:t>
      </w:r>
      <w:proofErr w:type="gramEnd"/>
      <w:r w:rsidRPr="00406045">
        <w:rPr>
          <w:b/>
          <w:lang w:val="fr-FR"/>
        </w:rPr>
        <w:t xml:space="preserve"> formées à la bonne utilisation des produits et sur les itinéraires techniques de production.</w:t>
      </w:r>
    </w:p>
    <w:p w14:paraId="6CA828C9" w14:textId="77777777" w:rsidR="00DF1972" w:rsidRPr="00406045" w:rsidRDefault="00DF1972" w:rsidP="00DF1972">
      <w:pPr>
        <w:rPr>
          <w:b/>
          <w:lang w:val="fr-FR"/>
        </w:rPr>
      </w:pPr>
      <w:r w:rsidRPr="00406045">
        <w:rPr>
          <w:b/>
          <w:lang w:val="fr-FR"/>
        </w:rPr>
        <w:t xml:space="preserve">L’encadrement technique va nécessiter l’appui de structures nationales spécialisées en </w:t>
      </w:r>
      <w:r w:rsidR="00406045" w:rsidRPr="00406045">
        <w:rPr>
          <w:b/>
          <w:lang w:val="fr-FR"/>
        </w:rPr>
        <w:t>hévéaculture</w:t>
      </w:r>
      <w:r w:rsidRPr="00406045">
        <w:rPr>
          <w:b/>
          <w:lang w:val="fr-FR"/>
        </w:rPr>
        <w:t>, les pépiniéristes Agrées : production de semences, l’APROMAC : subvention des plants agrées, les moniteurs, les présidents de secteurs, l’AFEPH-CI.</w:t>
      </w:r>
    </w:p>
    <w:p w14:paraId="0A31885B" w14:textId="77777777" w:rsidR="00DF1972" w:rsidRDefault="00DF1972"/>
    <w:p w14:paraId="2948BCBD" w14:textId="77777777" w:rsidR="00D31D2B" w:rsidRPr="00101DCB" w:rsidRDefault="00BD3D99">
      <w:pPr>
        <w:pStyle w:val="Titre1"/>
        <w:rPr>
          <w:color w:val="auto"/>
        </w:rPr>
      </w:pPr>
      <w:r w:rsidRPr="00101DCB">
        <w:rPr>
          <w:color w:val="auto"/>
        </w:rPr>
        <w:t>2. OBJECTIFS SPÉCIFIQUES DE LA PHASE ACTUELLE (COMPOSANTE 3)</w:t>
      </w:r>
    </w:p>
    <w:p w14:paraId="667D628B" w14:textId="77777777" w:rsidR="00406045" w:rsidRPr="00F64A99" w:rsidRDefault="00406045" w:rsidP="00406045">
      <w:pPr>
        <w:numPr>
          <w:ilvl w:val="0"/>
          <w:numId w:val="11"/>
        </w:numPr>
        <w:rPr>
          <w:b/>
          <w:color w:val="00B050"/>
          <w:lang w:val="fr-FR"/>
        </w:rPr>
      </w:pPr>
      <w:r w:rsidRPr="00F64A99">
        <w:rPr>
          <w:b/>
          <w:color w:val="00B050"/>
          <w:lang w:val="fr-FR"/>
        </w:rPr>
        <w:t xml:space="preserve">Inciter à l’association des cultures </w:t>
      </w:r>
      <w:proofErr w:type="spellStart"/>
      <w:r w:rsidRPr="00F64A99">
        <w:rPr>
          <w:b/>
          <w:color w:val="00B050"/>
          <w:lang w:val="fr-FR"/>
        </w:rPr>
        <w:t>hevea</w:t>
      </w:r>
      <w:proofErr w:type="spellEnd"/>
      <w:r w:rsidRPr="00F64A99">
        <w:rPr>
          <w:b/>
          <w:color w:val="00B050"/>
          <w:lang w:val="fr-FR"/>
        </w:rPr>
        <w:t xml:space="preserve"> maraichers et vivriers afin d’avoir des ressources financières pour l’entretient de ces plantations</w:t>
      </w:r>
    </w:p>
    <w:p w14:paraId="733A5E10" w14:textId="77777777" w:rsidR="00D31D2B" w:rsidRPr="00267BF9" w:rsidRDefault="00267BF9">
      <w:pPr>
        <w:rPr>
          <w:b/>
          <w:color w:val="00B050"/>
        </w:rPr>
      </w:pPr>
      <w:r w:rsidRPr="00267BF9">
        <w:rPr>
          <w:b/>
          <w:color w:val="00B050"/>
        </w:rPr>
        <w:t xml:space="preserve">-    </w:t>
      </w:r>
      <w:r w:rsidR="00BD3D99" w:rsidRPr="00267BF9">
        <w:rPr>
          <w:b/>
          <w:color w:val="00B050"/>
        </w:rPr>
        <w:t xml:space="preserve">Assurer </w:t>
      </w:r>
      <w:proofErr w:type="spellStart"/>
      <w:r w:rsidR="00BD3D99" w:rsidRPr="00267BF9">
        <w:rPr>
          <w:b/>
          <w:color w:val="00B050"/>
        </w:rPr>
        <w:t>une</w:t>
      </w:r>
      <w:proofErr w:type="spellEnd"/>
      <w:r w:rsidR="00BD3D99" w:rsidRPr="00267BF9">
        <w:rPr>
          <w:b/>
          <w:color w:val="00B050"/>
        </w:rPr>
        <w:t xml:space="preserve"> dotation </w:t>
      </w:r>
      <w:proofErr w:type="spellStart"/>
      <w:r w:rsidR="00BD3D99" w:rsidRPr="00267BF9">
        <w:rPr>
          <w:b/>
          <w:color w:val="00B050"/>
        </w:rPr>
        <w:t>en</w:t>
      </w:r>
      <w:proofErr w:type="spellEnd"/>
      <w:r w:rsidR="00BD3D99" w:rsidRPr="00267BF9">
        <w:rPr>
          <w:b/>
          <w:color w:val="00B050"/>
        </w:rPr>
        <w:t xml:space="preserve"> intrants de base (plants, </w:t>
      </w:r>
      <w:proofErr w:type="spellStart"/>
      <w:r w:rsidR="00BD3D99" w:rsidRPr="00267BF9">
        <w:rPr>
          <w:b/>
          <w:color w:val="00B050"/>
        </w:rPr>
        <w:t>semences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vivrier</w:t>
      </w:r>
      <w:proofErr w:type="spellEnd"/>
      <w:r w:rsidR="00F64A99" w:rsidRPr="00267BF9">
        <w:rPr>
          <w:b/>
          <w:color w:val="00B050"/>
        </w:rPr>
        <w:t xml:space="preserve"> et </w:t>
      </w:r>
      <w:proofErr w:type="spellStart"/>
      <w:r w:rsidR="00F64A99" w:rsidRPr="00267BF9">
        <w:rPr>
          <w:b/>
          <w:color w:val="00B050"/>
        </w:rPr>
        <w:t>maraichers</w:t>
      </w:r>
      <w:proofErr w:type="spellEnd"/>
      <w:r w:rsidR="00BD3D99" w:rsidRPr="00267BF9">
        <w:rPr>
          <w:b/>
          <w:color w:val="00B050"/>
        </w:rPr>
        <w:t xml:space="preserve">, </w:t>
      </w:r>
      <w:proofErr w:type="spellStart"/>
      <w:r w:rsidR="00BD3D99" w:rsidRPr="00267BF9">
        <w:rPr>
          <w:b/>
          <w:color w:val="00B050"/>
        </w:rPr>
        <w:t>matériels</w:t>
      </w:r>
      <w:proofErr w:type="spellEnd"/>
      <w:r w:rsidR="00BD3D99" w:rsidRPr="00267BF9">
        <w:rPr>
          <w:b/>
          <w:color w:val="00B050"/>
        </w:rPr>
        <w:t>).</w:t>
      </w:r>
    </w:p>
    <w:p w14:paraId="21377769" w14:textId="77777777" w:rsidR="00F64A99" w:rsidRPr="00267BF9" w:rsidRDefault="00267BF9">
      <w:pPr>
        <w:rPr>
          <w:b/>
          <w:color w:val="00B050"/>
        </w:rPr>
      </w:pPr>
      <w:r w:rsidRPr="00267BF9">
        <w:rPr>
          <w:b/>
          <w:color w:val="00B050"/>
        </w:rPr>
        <w:t xml:space="preserve">-     </w:t>
      </w:r>
      <w:proofErr w:type="spellStart"/>
      <w:r w:rsidR="00F64A99" w:rsidRPr="00267BF9">
        <w:rPr>
          <w:b/>
          <w:color w:val="00B050"/>
        </w:rPr>
        <w:t>Mettre</w:t>
      </w:r>
      <w:proofErr w:type="spellEnd"/>
      <w:r w:rsidR="00F64A99" w:rsidRPr="00267BF9">
        <w:rPr>
          <w:b/>
          <w:color w:val="00B050"/>
        </w:rPr>
        <w:t xml:space="preserve"> à la disposition des femmes des </w:t>
      </w:r>
      <w:proofErr w:type="spellStart"/>
      <w:r w:rsidR="00F64A99" w:rsidRPr="00267BF9">
        <w:rPr>
          <w:b/>
          <w:color w:val="00B050"/>
        </w:rPr>
        <w:t>sechoirs</w:t>
      </w:r>
      <w:proofErr w:type="spellEnd"/>
      <w:r w:rsidR="00F64A99" w:rsidRPr="00267BF9">
        <w:rPr>
          <w:b/>
          <w:color w:val="00B050"/>
        </w:rPr>
        <w:t xml:space="preserve"> pour la conservation de </w:t>
      </w:r>
      <w:proofErr w:type="spellStart"/>
      <w:r w:rsidR="00F64A99" w:rsidRPr="00267BF9">
        <w:rPr>
          <w:b/>
          <w:color w:val="00B050"/>
        </w:rPr>
        <w:t>leurs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produits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vivriers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afin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d’eviter</w:t>
      </w:r>
      <w:proofErr w:type="spellEnd"/>
      <w:r w:rsidR="00F64A99" w:rsidRPr="00267BF9">
        <w:rPr>
          <w:b/>
          <w:color w:val="00B050"/>
        </w:rPr>
        <w:t xml:space="preserve"> les </w:t>
      </w:r>
      <w:proofErr w:type="spellStart"/>
      <w:r w:rsidR="00F64A99" w:rsidRPr="00267BF9">
        <w:rPr>
          <w:b/>
          <w:color w:val="00B050"/>
        </w:rPr>
        <w:t>pertes</w:t>
      </w:r>
      <w:proofErr w:type="spellEnd"/>
      <w:r w:rsidR="00F64A99" w:rsidRPr="00267BF9">
        <w:rPr>
          <w:b/>
          <w:color w:val="00B050"/>
        </w:rPr>
        <w:t xml:space="preserve"> poste </w:t>
      </w:r>
      <w:proofErr w:type="spellStart"/>
      <w:r w:rsidR="00F64A99" w:rsidRPr="00267BF9">
        <w:rPr>
          <w:b/>
          <w:color w:val="00B050"/>
        </w:rPr>
        <w:t>recoltes</w:t>
      </w:r>
      <w:proofErr w:type="spellEnd"/>
      <w:r w:rsidR="00F64A99" w:rsidRPr="00267BF9">
        <w:rPr>
          <w:b/>
          <w:color w:val="00B050"/>
        </w:rPr>
        <w:t xml:space="preserve"> et y </w:t>
      </w:r>
      <w:proofErr w:type="spellStart"/>
      <w:r w:rsidR="00F64A99" w:rsidRPr="00267BF9">
        <w:rPr>
          <w:b/>
          <w:color w:val="00B050"/>
        </w:rPr>
        <w:t>ajouter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une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valeur</w:t>
      </w:r>
      <w:proofErr w:type="spellEnd"/>
      <w:r w:rsidR="00F64A99" w:rsidRPr="00267BF9">
        <w:rPr>
          <w:b/>
          <w:color w:val="00B050"/>
        </w:rPr>
        <w:t xml:space="preserve"> </w:t>
      </w:r>
      <w:proofErr w:type="spellStart"/>
      <w:r w:rsidR="00F64A99" w:rsidRPr="00267BF9">
        <w:rPr>
          <w:b/>
          <w:color w:val="00B050"/>
        </w:rPr>
        <w:t>ajouter</w:t>
      </w:r>
      <w:proofErr w:type="spellEnd"/>
      <w:r w:rsidR="00F64A99" w:rsidRPr="00267BF9">
        <w:rPr>
          <w:b/>
          <w:color w:val="00B050"/>
        </w:rPr>
        <w:t xml:space="preserve"> dans la transformation.</w:t>
      </w:r>
    </w:p>
    <w:p w14:paraId="67ECCAB0" w14:textId="77777777" w:rsidR="00D31D2B" w:rsidRPr="00267BF9" w:rsidRDefault="00BD3D99">
      <w:pPr>
        <w:rPr>
          <w:b/>
          <w:color w:val="00B050"/>
        </w:rPr>
      </w:pPr>
      <w:r w:rsidRPr="00267BF9">
        <w:rPr>
          <w:b/>
          <w:color w:val="00B050"/>
        </w:rPr>
        <w:t xml:space="preserve">- </w:t>
      </w:r>
      <w:r w:rsidR="00267BF9" w:rsidRPr="00267BF9">
        <w:rPr>
          <w:b/>
          <w:color w:val="00B050"/>
        </w:rPr>
        <w:t xml:space="preserve">   </w:t>
      </w:r>
      <w:proofErr w:type="spellStart"/>
      <w:r w:rsidRPr="00267BF9">
        <w:rPr>
          <w:b/>
          <w:color w:val="00B050"/>
        </w:rPr>
        <w:t>Renforcer</w:t>
      </w:r>
      <w:proofErr w:type="spellEnd"/>
      <w:r w:rsidRPr="00267BF9">
        <w:rPr>
          <w:b/>
          <w:color w:val="00B050"/>
        </w:rPr>
        <w:t xml:space="preserve"> les </w:t>
      </w:r>
      <w:proofErr w:type="spellStart"/>
      <w:r w:rsidRPr="00267BF9">
        <w:rPr>
          <w:b/>
          <w:color w:val="00B050"/>
        </w:rPr>
        <w:t>capacités</w:t>
      </w:r>
      <w:proofErr w:type="spellEnd"/>
      <w:r w:rsidRPr="00267BF9">
        <w:rPr>
          <w:b/>
          <w:color w:val="00B050"/>
        </w:rPr>
        <w:t xml:space="preserve"> techniques des femmes sur la plantation et </w:t>
      </w:r>
      <w:proofErr w:type="spellStart"/>
      <w:r w:rsidRPr="00267BF9">
        <w:rPr>
          <w:b/>
          <w:color w:val="00B050"/>
        </w:rPr>
        <w:t>l’entretien</w:t>
      </w:r>
      <w:proofErr w:type="spellEnd"/>
      <w:r w:rsidRPr="00267BF9">
        <w:rPr>
          <w:b/>
          <w:color w:val="00B050"/>
        </w:rPr>
        <w:t xml:space="preserve"> </w:t>
      </w:r>
      <w:proofErr w:type="spellStart"/>
      <w:r w:rsidRPr="00267BF9">
        <w:rPr>
          <w:b/>
          <w:color w:val="00B050"/>
        </w:rPr>
        <w:t>en</w:t>
      </w:r>
      <w:proofErr w:type="spellEnd"/>
      <w:r w:rsidRPr="00267BF9">
        <w:rPr>
          <w:b/>
          <w:color w:val="00B050"/>
        </w:rPr>
        <w:t xml:space="preserve"> </w:t>
      </w:r>
      <w:proofErr w:type="spellStart"/>
      <w:r w:rsidRPr="00267BF9">
        <w:rPr>
          <w:b/>
          <w:color w:val="00B050"/>
        </w:rPr>
        <w:t>saison</w:t>
      </w:r>
      <w:proofErr w:type="spellEnd"/>
      <w:r w:rsidRPr="00267BF9">
        <w:rPr>
          <w:b/>
          <w:color w:val="00B050"/>
        </w:rPr>
        <w:t xml:space="preserve"> </w:t>
      </w:r>
      <w:proofErr w:type="spellStart"/>
      <w:r w:rsidRPr="00267BF9">
        <w:rPr>
          <w:b/>
          <w:color w:val="00B050"/>
        </w:rPr>
        <w:t>sèche</w:t>
      </w:r>
      <w:proofErr w:type="spellEnd"/>
      <w:r w:rsidRPr="00267BF9">
        <w:rPr>
          <w:b/>
          <w:color w:val="00B050"/>
        </w:rPr>
        <w:t>.</w:t>
      </w:r>
    </w:p>
    <w:p w14:paraId="0228B016" w14:textId="77777777" w:rsidR="00D31D2B" w:rsidRPr="00694786" w:rsidRDefault="00BD3D99">
      <w:pPr>
        <w:pStyle w:val="Titre1"/>
        <w:rPr>
          <w:color w:val="auto"/>
        </w:rPr>
      </w:pPr>
      <w:r w:rsidRPr="00694786">
        <w:rPr>
          <w:color w:val="auto"/>
        </w:rPr>
        <w:lastRenderedPageBreak/>
        <w:t>3. ACTIVITÉS RÉALISÉES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472"/>
      </w:tblGrid>
      <w:tr w:rsidR="00D31D2B" w14:paraId="38E23141" w14:textId="77777777" w:rsidTr="00143F60">
        <w:tc>
          <w:tcPr>
            <w:tcW w:w="1384" w:type="dxa"/>
          </w:tcPr>
          <w:p w14:paraId="6DF7EFEA" w14:textId="77777777" w:rsidR="00D31D2B" w:rsidRDefault="00BD3D99">
            <w:proofErr w:type="spellStart"/>
            <w:r>
              <w:t>Activité</w:t>
            </w:r>
            <w:proofErr w:type="spellEnd"/>
          </w:p>
        </w:tc>
        <w:tc>
          <w:tcPr>
            <w:tcW w:w="7472" w:type="dxa"/>
          </w:tcPr>
          <w:p w14:paraId="5BBBDF7E" w14:textId="77777777" w:rsidR="00D31D2B" w:rsidRDefault="00BD3D99">
            <w:proofErr w:type="spellStart"/>
            <w:r>
              <w:t>Détail</w:t>
            </w:r>
            <w:proofErr w:type="spellEnd"/>
            <w:r>
              <w:t>/</w:t>
            </w:r>
            <w:proofErr w:type="spellStart"/>
            <w:r>
              <w:t>Avancement</w:t>
            </w:r>
            <w:proofErr w:type="spellEnd"/>
          </w:p>
          <w:p w14:paraId="5179BC84" w14:textId="77777777" w:rsidR="00E739FF" w:rsidRDefault="00E739FF"/>
          <w:p w14:paraId="4641E254" w14:textId="77777777" w:rsidR="00E739FF" w:rsidRPr="00E739FF" w:rsidRDefault="00E739FF" w:rsidP="00E739FF">
            <w:pPr>
              <w:rPr>
                <w:b/>
                <w:bCs/>
              </w:rPr>
            </w:pPr>
            <w:r w:rsidRPr="00E739FF">
              <w:rPr>
                <w:b/>
                <w:bCs/>
              </w:rPr>
              <w:t>PHOTOS ET TÉMOIGNAGES</w:t>
            </w:r>
          </w:p>
          <w:p w14:paraId="68948A34" w14:textId="77777777" w:rsidR="00E739FF" w:rsidRPr="00E739FF" w:rsidRDefault="00E739FF" w:rsidP="00E739FF">
            <w:r w:rsidRPr="00E739FF">
              <w:t xml:space="preserve">Des images des remises de plants, </w:t>
            </w:r>
            <w:proofErr w:type="spellStart"/>
            <w:r w:rsidRPr="00E739FF">
              <w:t>témoignages</w:t>
            </w:r>
            <w:proofErr w:type="spellEnd"/>
            <w:r w:rsidRPr="00E739FF">
              <w:t xml:space="preserve"> de femmes et des </w:t>
            </w:r>
            <w:proofErr w:type="spellStart"/>
            <w:r w:rsidRPr="00E739FF">
              <w:t>activités</w:t>
            </w:r>
            <w:proofErr w:type="spellEnd"/>
            <w:r w:rsidRPr="00E739FF">
              <w:t xml:space="preserve"> de terrain </w:t>
            </w:r>
          </w:p>
          <w:p w14:paraId="2586D6FE" w14:textId="77777777" w:rsidR="00E739FF" w:rsidRDefault="00E739FF"/>
          <w:p w14:paraId="40F2898B" w14:textId="77777777" w:rsidR="00E739FF" w:rsidRDefault="00E739FF"/>
          <w:p w14:paraId="339366F9" w14:textId="77777777" w:rsidR="00E739FF" w:rsidRDefault="00E739FF"/>
        </w:tc>
      </w:tr>
      <w:tr w:rsidR="00D31D2B" w14:paraId="52C8D554" w14:textId="77777777" w:rsidTr="00143F60">
        <w:tc>
          <w:tcPr>
            <w:tcW w:w="1384" w:type="dxa"/>
          </w:tcPr>
          <w:p w14:paraId="58885970" w14:textId="77777777" w:rsidR="00D31D2B" w:rsidRDefault="00D31D2B"/>
        </w:tc>
        <w:tc>
          <w:tcPr>
            <w:tcW w:w="7472" w:type="dxa"/>
          </w:tcPr>
          <w:p w14:paraId="01DBFAD4" w14:textId="77777777" w:rsidR="00D31D2B" w:rsidRDefault="00BD3D99" w:rsidP="00406045">
            <w:proofErr w:type="gramStart"/>
            <w:r>
              <w:t>Plus</w:t>
            </w:r>
            <w:proofErr w:type="gramEnd"/>
            <w:r>
              <w:t xml:space="preserve"> de 300 femmes </w:t>
            </w:r>
            <w:proofErr w:type="spellStart"/>
            <w:r>
              <w:t>sensibilisées</w:t>
            </w:r>
            <w:proofErr w:type="spellEnd"/>
            <w:r w:rsidR="00406045">
              <w:t xml:space="preserve"> dans la region de </w:t>
            </w:r>
            <w:proofErr w:type="spellStart"/>
            <w:r w:rsidR="00406045">
              <w:t>Moronou</w:t>
            </w:r>
            <w:proofErr w:type="spellEnd"/>
            <w:r w:rsidR="00406045">
              <w:t xml:space="preserve"> et 400 femmes à </w:t>
            </w:r>
            <w:proofErr w:type="spellStart"/>
            <w:r w:rsidR="00406045">
              <w:t>Bondoukou</w:t>
            </w:r>
            <w:proofErr w:type="spellEnd"/>
            <w:r w:rsidR="00143F60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143F60" w:rsidRPr="00143F60">
              <w:rPr>
                <w:noProof/>
                <w:lang w:val="fr-FR" w:eastAsia="fr-FR"/>
              </w:rPr>
              <w:drawing>
                <wp:inline distT="0" distB="0" distL="0" distR="0" wp14:anchorId="2902E416" wp14:editId="6EF4F70E">
                  <wp:extent cx="4457700" cy="3718560"/>
                  <wp:effectExtent l="0" t="0" r="0" b="0"/>
                  <wp:docPr id="1" name="Image 1" descr="D:\DOSSIERS ASSOCIATION\DOSSIER AFEPH-CI\PROJET UNE FEMME UNE PLANTATION HEVEA\VIDEO ET PHOTO TOURNEE\IMG-20250322-WA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SSIERS ASSOCIATION\DOSSIER AFEPH-CI\PROJET UNE FEMME UNE PLANTATION HEVEA\VIDEO ET PHOTO TOURNEE\IMG-20250322-WA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371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24206" w14:textId="77777777" w:rsidR="00143F60" w:rsidRDefault="00143F60" w:rsidP="00406045"/>
          <w:p w14:paraId="761BC40F" w14:textId="77777777" w:rsidR="00143F60" w:rsidRDefault="00143F60" w:rsidP="00406045">
            <w:r>
              <w:t xml:space="preserve">Representant de chef du village de </w:t>
            </w:r>
            <w:proofErr w:type="spellStart"/>
            <w:r>
              <w:t>Bongouanou</w:t>
            </w:r>
            <w:proofErr w:type="spellEnd"/>
          </w:p>
          <w:p w14:paraId="223D692A" w14:textId="77777777" w:rsidR="00143F60" w:rsidRDefault="00143F60" w:rsidP="00406045"/>
          <w:p w14:paraId="28F83186" w14:textId="77777777" w:rsidR="00143F60" w:rsidRDefault="00143F60" w:rsidP="00406045"/>
          <w:p w14:paraId="54909D2C" w14:textId="77777777" w:rsidR="00143F60" w:rsidRDefault="00143F60" w:rsidP="00406045">
            <w:r w:rsidRPr="00143F60">
              <w:rPr>
                <w:noProof/>
                <w:lang w:val="fr-FR" w:eastAsia="fr-FR"/>
              </w:rPr>
              <w:lastRenderedPageBreak/>
              <w:drawing>
                <wp:inline distT="0" distB="0" distL="0" distR="0" wp14:anchorId="46B6D6D6" wp14:editId="6F5CA83B">
                  <wp:extent cx="4686300" cy="2301240"/>
                  <wp:effectExtent l="0" t="0" r="0" b="3810"/>
                  <wp:docPr id="2" name="Image 2" descr="D:\DOSSIERS ASSOCIATION\DOSSIER AFEPH-CI\PROJET UNE FEMME UNE PLANTATION HEVEA\VIDEO ET PHOTO TOURNEE\IMG-20250322-WA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SSIERS ASSOCIATION\DOSSIER AFEPH-CI\PROJET UNE FEMME UNE PLANTATION HEVEA\VIDEO ET PHOTO TOURNEE\IMG-20250322-WA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0" cy="230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A835D" w14:textId="77777777" w:rsidR="00143F60" w:rsidRDefault="00143F60" w:rsidP="00406045">
            <w:proofErr w:type="spellStart"/>
            <w:r>
              <w:t>Mme</w:t>
            </w:r>
            <w:proofErr w:type="spellEnd"/>
            <w:r>
              <w:t xml:space="preserve"> </w:t>
            </w:r>
            <w:proofErr w:type="spellStart"/>
            <w:r w:rsidR="00BD3D99">
              <w:t>Koffo</w:t>
            </w:r>
            <w:proofErr w:type="spellEnd"/>
            <w:r w:rsidR="00BD3D99">
              <w:t xml:space="preserve"> </w:t>
            </w:r>
            <w:proofErr w:type="spellStart"/>
            <w:r w:rsidR="00BD3D99">
              <w:t>admnistratrice</w:t>
            </w:r>
            <w:proofErr w:type="spellEnd"/>
            <w:r>
              <w:t xml:space="preserve"> civile, rep</w:t>
            </w:r>
            <w:r w:rsidR="00BD3D99">
              <w:t xml:space="preserve">resentant </w:t>
            </w:r>
            <w:proofErr w:type="spellStart"/>
            <w:r>
              <w:t>Mme</w:t>
            </w:r>
            <w:proofErr w:type="spellEnd"/>
            <w:r>
              <w:t xml:space="preserve"> le </w:t>
            </w:r>
            <w:proofErr w:type="spellStart"/>
            <w:r>
              <w:t>prefet</w:t>
            </w:r>
            <w:proofErr w:type="spellEnd"/>
            <w:r>
              <w:t xml:space="preserve"> de region de </w:t>
            </w:r>
            <w:proofErr w:type="spellStart"/>
            <w:r>
              <w:t>Moronou</w:t>
            </w:r>
            <w:proofErr w:type="spellEnd"/>
            <w:r w:rsidR="00267BF9">
              <w:t xml:space="preserve"> </w:t>
            </w:r>
            <w:proofErr w:type="spellStart"/>
            <w:r w:rsidR="00267BF9">
              <w:t>encourageant</w:t>
            </w:r>
            <w:proofErr w:type="spellEnd"/>
            <w:r w:rsidR="00267BF9">
              <w:t xml:space="preserve"> </w:t>
            </w:r>
            <w:proofErr w:type="spellStart"/>
            <w:r w:rsidR="00267BF9">
              <w:t>l’initiative</w:t>
            </w:r>
            <w:proofErr w:type="spellEnd"/>
            <w:r w:rsidR="00267BF9">
              <w:t xml:space="preserve"> de ‘AFEPH CI </w:t>
            </w:r>
          </w:p>
          <w:p w14:paraId="21BE7395" w14:textId="77777777" w:rsidR="00BD3D99" w:rsidRDefault="00BD3D99" w:rsidP="00406045"/>
          <w:p w14:paraId="2264EB14" w14:textId="77777777" w:rsidR="00143F60" w:rsidRDefault="00143F60" w:rsidP="00406045">
            <w:r w:rsidRPr="00143F60">
              <w:rPr>
                <w:noProof/>
                <w:lang w:val="fr-FR" w:eastAsia="fr-FR"/>
              </w:rPr>
              <w:drawing>
                <wp:inline distT="0" distB="0" distL="0" distR="0" wp14:anchorId="50AECD21" wp14:editId="5D0041D4">
                  <wp:extent cx="3619500" cy="2385060"/>
                  <wp:effectExtent l="0" t="0" r="0" b="0"/>
                  <wp:docPr id="3" name="Image 3" descr="D:\DOSSIERS ASSOCIATION\DOSSIER AFEPH-CI\PROJET UNE FEMME UNE PLANTATION HEVEA\VIDEO ET PHOTO TOURNEE\IMG-20250322-WA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SSIERS ASSOCIATION\DOSSIER AFEPH-CI\PROJET UNE FEMME UNE PLANTATION HEVEA\VIDEO ET PHOTO TOURNEE\IMG-20250322-WA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38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9B30D7" w14:textId="77777777" w:rsidR="00BD3D99" w:rsidRDefault="00BD3D99" w:rsidP="00406045">
            <w:r>
              <w:t xml:space="preserve">President de </w:t>
            </w:r>
            <w:proofErr w:type="spellStart"/>
            <w:r>
              <w:t>secteur</w:t>
            </w:r>
            <w:proofErr w:type="spellEnd"/>
            <w:r>
              <w:t xml:space="preserve"> FPHCI avec </w:t>
            </w:r>
            <w:proofErr w:type="spellStart"/>
            <w:r>
              <w:t>Mme</w:t>
            </w:r>
            <w:proofErr w:type="spellEnd"/>
            <w:r>
              <w:t xml:space="preserve">, </w:t>
            </w:r>
            <w:proofErr w:type="spellStart"/>
            <w:r>
              <w:t>Koffo</w:t>
            </w:r>
            <w:proofErr w:type="spellEnd"/>
            <w:r>
              <w:t xml:space="preserve"> </w:t>
            </w:r>
            <w:proofErr w:type="spellStart"/>
            <w:r>
              <w:t>representante</w:t>
            </w:r>
            <w:proofErr w:type="spellEnd"/>
            <w:r>
              <w:t xml:space="preserve"> de </w:t>
            </w:r>
            <w:proofErr w:type="spellStart"/>
            <w:r>
              <w:t>Mme</w:t>
            </w:r>
            <w:proofErr w:type="spellEnd"/>
            <w:r>
              <w:t xml:space="preserve"> le </w:t>
            </w:r>
            <w:proofErr w:type="spellStart"/>
            <w:r>
              <w:t>prefet</w:t>
            </w:r>
            <w:proofErr w:type="spellEnd"/>
          </w:p>
          <w:p w14:paraId="20AD6207" w14:textId="77777777" w:rsidR="00BD3D99" w:rsidRDefault="00BD3D99" w:rsidP="00406045"/>
          <w:p w14:paraId="369669AE" w14:textId="77777777" w:rsidR="00BD3D99" w:rsidRDefault="00BD3D99" w:rsidP="00406045">
            <w:r w:rsidRPr="00BD3D99">
              <w:rPr>
                <w:noProof/>
                <w:lang w:val="fr-FR" w:eastAsia="fr-FR"/>
              </w:rPr>
              <w:lastRenderedPageBreak/>
              <w:drawing>
                <wp:inline distT="0" distB="0" distL="0" distR="0" wp14:anchorId="6DEA4FDC" wp14:editId="51068FB3">
                  <wp:extent cx="2468880" cy="2202180"/>
                  <wp:effectExtent l="0" t="0" r="7620" b="7620"/>
                  <wp:docPr id="4" name="Image 4" descr="D:\DOSSIERS ASSOCIATION\DOSSIER AFEPH-CI\PROJET UNE FEMME UNE PLANTATION HEVEA\VIDEO ET PHOTO TOURNEE\IMG-20250322-WA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SSIERS ASSOCIATION\DOSSIER AFEPH-CI\PROJET UNE FEMME UNE PLANTATION HEVEA\VIDEO ET PHOTO TOURNEE\IMG-20250322-WA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0" cy="220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BD3D99">
              <w:rPr>
                <w:noProof/>
                <w:lang w:val="fr-FR" w:eastAsia="fr-FR"/>
              </w:rPr>
              <w:drawing>
                <wp:inline distT="0" distB="0" distL="0" distR="0" wp14:anchorId="03C3ABB6" wp14:editId="049F04E4">
                  <wp:extent cx="2811780" cy="1805940"/>
                  <wp:effectExtent l="0" t="0" r="7620" b="3810"/>
                  <wp:docPr id="5" name="Image 5" descr="D:\DOSSIERS ASSOCIATION\DOSSIER AFEPH-CI\PROJET UNE FEMME UNE PLANTATION HEVEA\VIDEO ET PHOTO TOURNEE\IMG-20250322-WA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OSSIERS ASSOCIATION\DOSSIER AFEPH-CI\PROJET UNE FEMME UNE PLANTATION HEVEA\VIDEO ET PHOTO TOURNEE\IMG-20250322-WA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180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10876" w14:textId="77777777" w:rsidR="00BD3D99" w:rsidRDefault="002403DC" w:rsidP="00406045">
            <w:r>
              <w:t>FORMATION DES FEMMES PAR LE CONSULTANT</w:t>
            </w:r>
          </w:p>
          <w:p w14:paraId="7C8E5EF2" w14:textId="77777777" w:rsidR="002403DC" w:rsidRDefault="002403DC" w:rsidP="00406045">
            <w:r w:rsidRPr="002403DC">
              <w:rPr>
                <w:noProof/>
                <w:lang w:val="fr-FR" w:eastAsia="fr-FR"/>
              </w:rPr>
              <w:drawing>
                <wp:inline distT="0" distB="0" distL="0" distR="0" wp14:anchorId="638B52E7" wp14:editId="72F84AF8">
                  <wp:extent cx="3185160" cy="2468880"/>
                  <wp:effectExtent l="0" t="0" r="0" b="7620"/>
                  <wp:docPr id="6" name="Image 6" descr="D:\DOSSIERS ASSOCIATION\DOSSIER AFEPH-CI\PROJET UNE FEMME UNE PLANTATION HEVEA\VIDEO ET PHOTO TOURNEE\Appel à projet\REMISE DES DOCUMENTS A L4APROMAC TDH ASSA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SSIERS ASSOCIATION\DOSSIER AFEPH-CI\PROJET UNE FEMME UNE PLANTATION HEVEA\VIDEO ET PHOTO TOURNEE\Appel à projet\REMISE DES DOCUMENTS A L4APROMAC TDH ASSA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DD6013" w14:textId="77777777" w:rsidR="00BD3D99" w:rsidRDefault="00BD3D99" w:rsidP="00406045"/>
          <w:p w14:paraId="53BBA3F9" w14:textId="77777777" w:rsidR="002403DC" w:rsidRPr="002403DC" w:rsidRDefault="002403DC" w:rsidP="002403DC">
            <w:pPr>
              <w:rPr>
                <w:b/>
              </w:rPr>
            </w:pPr>
            <w:r w:rsidRPr="002403DC">
              <w:rPr>
                <w:b/>
              </w:rPr>
              <w:t>REMISE DES FICHES ADHESION DES FEMMES AU REPRESENTANT DE L’APROMAC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4"/>
              <w:gridCol w:w="7472"/>
            </w:tblGrid>
            <w:tr w:rsidR="00A77E5E" w:rsidRPr="00267BF9" w14:paraId="2F6B4AC1" w14:textId="77777777" w:rsidTr="00040876">
              <w:tc>
                <w:tcPr>
                  <w:tcW w:w="1384" w:type="dxa"/>
                </w:tcPr>
                <w:p w14:paraId="608E7706" w14:textId="77777777" w:rsidR="00A77E5E" w:rsidRPr="00267BF9" w:rsidRDefault="00A77E5E" w:rsidP="00A77E5E">
                  <w:pPr>
                    <w:rPr>
                      <w:b/>
                    </w:rPr>
                  </w:pPr>
                  <w:proofErr w:type="spellStart"/>
                  <w:r w:rsidRPr="00267BF9">
                    <w:rPr>
                      <w:b/>
                    </w:rPr>
                    <w:lastRenderedPageBreak/>
                    <w:t>Démarrage</w:t>
                  </w:r>
                  <w:proofErr w:type="spellEnd"/>
                  <w:r w:rsidRPr="00267BF9">
                    <w:rPr>
                      <w:b/>
                    </w:rPr>
                    <w:t xml:space="preserve"> </w:t>
                  </w:r>
                  <w:proofErr w:type="spellStart"/>
                  <w:r w:rsidRPr="00267BF9">
                    <w:rPr>
                      <w:b/>
                    </w:rPr>
                    <w:t>effectif</w:t>
                  </w:r>
                  <w:proofErr w:type="spellEnd"/>
                  <w:r w:rsidRPr="00267BF9">
                    <w:rPr>
                      <w:b/>
                    </w:rPr>
                    <w:t xml:space="preserve"> des plantations</w:t>
                  </w:r>
                </w:p>
              </w:tc>
              <w:tc>
                <w:tcPr>
                  <w:tcW w:w="7472" w:type="dxa"/>
                </w:tcPr>
                <w:p w14:paraId="54790CC7" w14:textId="77777777" w:rsidR="00A77E5E" w:rsidRDefault="00A77E5E" w:rsidP="00A77E5E">
                  <w:pPr>
                    <w:rPr>
                      <w:b/>
                    </w:rPr>
                  </w:pPr>
                </w:p>
                <w:p w14:paraId="42EC01D7" w14:textId="77777777" w:rsidR="00A77E5E" w:rsidRDefault="00A77E5E" w:rsidP="00A77E5E">
                  <w:pPr>
                    <w:rPr>
                      <w:b/>
                    </w:rPr>
                  </w:pPr>
                </w:p>
                <w:p w14:paraId="730F5CE2" w14:textId="77777777" w:rsidR="00A77E5E" w:rsidRPr="00267BF9" w:rsidRDefault="00A77E5E" w:rsidP="00A77E5E">
                  <w:pPr>
                    <w:rPr>
                      <w:b/>
                    </w:rPr>
                  </w:pPr>
                  <w:r w:rsidRPr="00267BF9">
                    <w:rPr>
                      <w:b/>
                    </w:rPr>
                    <w:t xml:space="preserve">Cultures </w:t>
                  </w:r>
                  <w:proofErr w:type="spellStart"/>
                  <w:proofErr w:type="gramStart"/>
                  <w:r w:rsidRPr="00267BF9">
                    <w:rPr>
                      <w:b/>
                    </w:rPr>
                    <w:t>ciblées</w:t>
                  </w:r>
                  <w:proofErr w:type="spellEnd"/>
                  <w:r w:rsidRPr="00267BF9">
                    <w:rPr>
                      <w:b/>
                    </w:rPr>
                    <w:t xml:space="preserve"> :</w:t>
                  </w:r>
                  <w:proofErr w:type="gramEnd"/>
                  <w:r w:rsidRPr="00267BF9">
                    <w:rPr>
                      <w:b/>
                    </w:rPr>
                    <w:t xml:space="preserve"> </w:t>
                  </w:r>
                  <w:proofErr w:type="spellStart"/>
                  <w:r w:rsidRPr="00267BF9">
                    <w:rPr>
                      <w:b/>
                    </w:rPr>
                    <w:t>hévéa</w:t>
                  </w:r>
                  <w:proofErr w:type="spellEnd"/>
                  <w:r>
                    <w:rPr>
                      <w:b/>
                    </w:rPr>
                    <w:t xml:space="preserve"> , </w:t>
                  </w:r>
                  <w:proofErr w:type="spellStart"/>
                  <w:r>
                    <w:rPr>
                      <w:b/>
                    </w:rPr>
                    <w:t>vivriers</w:t>
                  </w:r>
                  <w:proofErr w:type="spellEnd"/>
                  <w:r>
                    <w:rPr>
                      <w:b/>
                    </w:rPr>
                    <w:t xml:space="preserve">, </w:t>
                  </w:r>
                  <w:proofErr w:type="spellStart"/>
                  <w:r>
                    <w:rPr>
                      <w:b/>
                    </w:rPr>
                    <w:t>maraichers</w:t>
                  </w:r>
                  <w:proofErr w:type="spellEnd"/>
                </w:p>
              </w:tc>
            </w:tr>
          </w:tbl>
          <w:p w14:paraId="421FA34F" w14:textId="77777777" w:rsidR="002403DC" w:rsidRDefault="002403DC" w:rsidP="002403DC"/>
        </w:tc>
      </w:tr>
      <w:tr w:rsidR="00D31D2B" w14:paraId="37FB3325" w14:textId="77777777" w:rsidTr="00143F60">
        <w:tc>
          <w:tcPr>
            <w:tcW w:w="1384" w:type="dxa"/>
          </w:tcPr>
          <w:p w14:paraId="7DACEA3A" w14:textId="77777777" w:rsidR="00D31D2B" w:rsidRDefault="00D31D2B"/>
        </w:tc>
        <w:tc>
          <w:tcPr>
            <w:tcW w:w="7472" w:type="dxa"/>
          </w:tcPr>
          <w:p w14:paraId="6DA2B6CB" w14:textId="77777777" w:rsidR="002403DC" w:rsidRDefault="002403DC"/>
          <w:p w14:paraId="164B702D" w14:textId="77777777" w:rsidR="002403DC" w:rsidRDefault="002403DC">
            <w:r w:rsidRPr="002403DC">
              <w:rPr>
                <w:noProof/>
                <w:lang w:val="fr-FR" w:eastAsia="fr-FR"/>
              </w:rPr>
              <w:drawing>
                <wp:inline distT="0" distB="0" distL="0" distR="0" wp14:anchorId="3A61113E" wp14:editId="38DF48D2">
                  <wp:extent cx="3284220" cy="3048000"/>
                  <wp:effectExtent l="0" t="0" r="0" b="0"/>
                  <wp:docPr id="8" name="Image 8" descr="D:\DOSSIERS ASSOCIATION\DOSSIER AFEPH-CI\PROJET UNE FEMME UNE PLANTATION HEVEA\VIDEO ET PHOTO TOURNEE\REMISE OFFICIELLE DE PLANTS HEVEA EN PRESENCE DU PREIDENT LA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SSIERS ASSOCIATION\DOSSIER AFEPH-CI\PROJET UNE FEMME UNE PLANTATION HEVEA\VIDEO ET PHOTO TOURNEE\REMISE OFFICIELLE DE PLANTS HEVEA EN PRESENCE DU PREIDENT LA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B2D83" w14:textId="77777777" w:rsidR="002403DC" w:rsidRDefault="002403DC">
            <w:r w:rsidRPr="002403DC">
              <w:rPr>
                <w:noProof/>
                <w:lang w:val="fr-FR" w:eastAsia="fr-FR"/>
              </w:rPr>
              <w:drawing>
                <wp:inline distT="0" distB="0" distL="0" distR="0" wp14:anchorId="68F97D33" wp14:editId="4644F05C">
                  <wp:extent cx="2933700" cy="2164080"/>
                  <wp:effectExtent l="0" t="0" r="0" b="7620"/>
                  <wp:docPr id="7" name="Image 7" descr="D:\DOSSIERS ASSOCIATION\DOSSIER AFEPH-CI\PROJET UNE FEMME UNE PLANTATION HEVEA\VIDEO ET PHOTO TOURNEE\PLANTS HEVEA A DISTRIBUER AUX FEMMES DE KOUASSI DATEK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SSIERS ASSOCIATION\DOSSIER AFEPH-CI\PROJET UNE FEMME UNE PLANTATION HEVEA\VIDEO ET PHOTO TOURNEE\PLANTS HEVEA A DISTRIBUER AUX FEMMES DE KOUASSI DATEK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16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ADD927" w14:textId="77777777" w:rsidR="00BD3D99" w:rsidRPr="002403DC" w:rsidRDefault="002403DC">
            <w:pPr>
              <w:rPr>
                <w:b/>
              </w:rPr>
            </w:pPr>
            <w:r w:rsidRPr="002403DC">
              <w:rPr>
                <w:b/>
              </w:rPr>
              <w:t>REMISE DE PLANTS AUX FEMMES BONDOUKOU EN PRESENCE DU PRESIDENT LAINE</w:t>
            </w:r>
            <w:r w:rsidR="00267BF9">
              <w:rPr>
                <w:b/>
              </w:rPr>
              <w:t xml:space="preserve"> ET EN PRESENCE DES AUTORITES.</w:t>
            </w:r>
          </w:p>
          <w:p w14:paraId="6070697C" w14:textId="77777777" w:rsidR="002403DC" w:rsidRDefault="002403DC"/>
          <w:p w14:paraId="538B9C5A" w14:textId="77777777" w:rsidR="002403DC" w:rsidRDefault="002403DC"/>
          <w:p w14:paraId="2DFA0E86" w14:textId="77777777" w:rsidR="002403DC" w:rsidRDefault="002403DC"/>
          <w:p w14:paraId="6D0BFEBF" w14:textId="77777777" w:rsidR="002403DC" w:rsidRDefault="002403DC"/>
          <w:p w14:paraId="0038DDF3" w14:textId="77777777" w:rsidR="002403DC" w:rsidRDefault="002403DC"/>
          <w:p w14:paraId="20A770CC" w14:textId="77777777" w:rsidR="002403DC" w:rsidRDefault="002403DC">
            <w:r w:rsidRPr="002403DC">
              <w:rPr>
                <w:noProof/>
                <w:lang w:val="fr-FR" w:eastAsia="fr-FR"/>
              </w:rPr>
              <w:drawing>
                <wp:inline distT="0" distB="0" distL="0" distR="0" wp14:anchorId="5DC5C34D" wp14:editId="06E23E90">
                  <wp:extent cx="4754880" cy="2270760"/>
                  <wp:effectExtent l="0" t="0" r="7620" b="0"/>
                  <wp:docPr id="10" name="Image 10" descr="D:\DOSSIERS ASSOCIATION\DOSSIER AFEPH-CI\PROJET UNE FEMME UNE PLANTATION HEVEA\VIDEO ET PHOTO TOURNEE\REMISE DE PLANTS AUX FEMMES DE BONGOUANO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DOSSIERS ASSOCIATION\DOSSIER AFEPH-CI\PROJET UNE FEMME UNE PLANTATION HEVEA\VIDEO ET PHOTO TOURNEE\REMISE DE PLANTS AUX FEMMES DE BONGOUANO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4880" cy="227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EFA75" w14:textId="77777777" w:rsidR="002403DC" w:rsidRPr="002403DC" w:rsidRDefault="002403DC">
            <w:pPr>
              <w:rPr>
                <w:b/>
              </w:rPr>
            </w:pPr>
            <w:r w:rsidRPr="002403DC">
              <w:rPr>
                <w:b/>
              </w:rPr>
              <w:t>REMISE DE PLANTS HEVEA AUX FEMME</w:t>
            </w:r>
            <w:r w:rsidR="00267BF9">
              <w:rPr>
                <w:b/>
              </w:rPr>
              <w:t>S</w:t>
            </w:r>
            <w:r w:rsidRPr="002403DC">
              <w:rPr>
                <w:b/>
              </w:rPr>
              <w:t xml:space="preserve"> BONGOUANOU</w:t>
            </w:r>
          </w:p>
        </w:tc>
      </w:tr>
      <w:tr w:rsidR="00D31D2B" w:rsidRPr="00267BF9" w14:paraId="03E8B1B7" w14:textId="77777777" w:rsidTr="00143F60">
        <w:tc>
          <w:tcPr>
            <w:tcW w:w="1384" w:type="dxa"/>
          </w:tcPr>
          <w:p w14:paraId="3AE5E7B6" w14:textId="77777777" w:rsidR="00D31D2B" w:rsidRPr="00267BF9" w:rsidRDefault="00BD3D99">
            <w:pPr>
              <w:rPr>
                <w:b/>
              </w:rPr>
            </w:pPr>
            <w:r w:rsidRPr="00267BF9">
              <w:rPr>
                <w:b/>
              </w:rPr>
              <w:lastRenderedPageBreak/>
              <w:t>Formation technique de base</w:t>
            </w:r>
          </w:p>
        </w:tc>
        <w:tc>
          <w:tcPr>
            <w:tcW w:w="7472" w:type="dxa"/>
          </w:tcPr>
          <w:p w14:paraId="20F6FFB8" w14:textId="77777777" w:rsidR="00D31D2B" w:rsidRDefault="00BD3D99" w:rsidP="00406045">
            <w:pPr>
              <w:rPr>
                <w:b/>
              </w:rPr>
            </w:pPr>
            <w:proofErr w:type="gramStart"/>
            <w:r w:rsidRPr="00267BF9">
              <w:rPr>
                <w:b/>
              </w:rPr>
              <w:t>Sessions</w:t>
            </w:r>
            <w:proofErr w:type="gramEnd"/>
            <w:r w:rsidRPr="00267BF9">
              <w:rPr>
                <w:b/>
              </w:rPr>
              <w:t xml:space="preserve"> pratiques sur</w:t>
            </w:r>
            <w:r w:rsidR="00406045" w:rsidRPr="00267BF9">
              <w:rPr>
                <w:b/>
              </w:rPr>
              <w:t xml:space="preserve"> le leadership, les </w:t>
            </w:r>
            <w:proofErr w:type="spellStart"/>
            <w:r w:rsidR="00406045" w:rsidRPr="00267BF9">
              <w:rPr>
                <w:b/>
              </w:rPr>
              <w:t>bonnes</w:t>
            </w:r>
            <w:proofErr w:type="spellEnd"/>
            <w:r w:rsidR="00406045" w:rsidRPr="00267BF9">
              <w:rPr>
                <w:b/>
              </w:rPr>
              <w:t xml:space="preserve"> pratiques </w:t>
            </w:r>
            <w:proofErr w:type="spellStart"/>
            <w:r w:rsidR="00406045" w:rsidRPr="00267BF9">
              <w:rPr>
                <w:b/>
              </w:rPr>
              <w:t>agricole</w:t>
            </w:r>
            <w:proofErr w:type="spellEnd"/>
            <w:r w:rsidR="00406045" w:rsidRPr="00267BF9">
              <w:rPr>
                <w:b/>
              </w:rPr>
              <w:t xml:space="preserve"> et</w:t>
            </w:r>
            <w:r w:rsidRPr="00267BF9">
              <w:rPr>
                <w:b/>
              </w:rPr>
              <w:t xml:space="preserve"> la </w:t>
            </w:r>
            <w:r w:rsidR="00406045" w:rsidRPr="00267BF9">
              <w:rPr>
                <w:b/>
              </w:rPr>
              <w:t>preparation</w:t>
            </w:r>
            <w:r w:rsidRPr="00267BF9">
              <w:rPr>
                <w:b/>
              </w:rPr>
              <w:t xml:space="preserve"> des sols, </w:t>
            </w:r>
            <w:r w:rsidR="00406045" w:rsidRPr="00267BF9">
              <w:rPr>
                <w:b/>
              </w:rPr>
              <w:t>(</w:t>
            </w:r>
            <w:proofErr w:type="spellStart"/>
            <w:r w:rsidR="00406045" w:rsidRPr="00267BF9">
              <w:rPr>
                <w:b/>
              </w:rPr>
              <w:t>piquetage</w:t>
            </w:r>
            <w:proofErr w:type="spellEnd"/>
            <w:r w:rsidR="00406045" w:rsidRPr="00267BF9">
              <w:rPr>
                <w:b/>
              </w:rPr>
              <w:t xml:space="preserve">, </w:t>
            </w:r>
            <w:proofErr w:type="spellStart"/>
            <w:r w:rsidR="00406045" w:rsidRPr="00267BF9">
              <w:rPr>
                <w:b/>
              </w:rPr>
              <w:t>trouaison</w:t>
            </w:r>
            <w:proofErr w:type="spellEnd"/>
            <w:r w:rsidR="00406045" w:rsidRPr="00267BF9">
              <w:rPr>
                <w:b/>
              </w:rPr>
              <w:t xml:space="preserve"> et planting)</w:t>
            </w:r>
          </w:p>
          <w:p w14:paraId="3EBCFE13" w14:textId="77777777" w:rsidR="00267BF9" w:rsidRDefault="00267BF9" w:rsidP="00406045">
            <w:pPr>
              <w:rPr>
                <w:b/>
              </w:rPr>
            </w:pPr>
          </w:p>
          <w:p w14:paraId="736BFCA3" w14:textId="77777777" w:rsidR="00267BF9" w:rsidRDefault="00267BF9" w:rsidP="00406045">
            <w:pPr>
              <w:rPr>
                <w:b/>
              </w:rPr>
            </w:pPr>
          </w:p>
          <w:p w14:paraId="10C7DBF9" w14:textId="77777777" w:rsidR="00A77E5E" w:rsidRDefault="00267BF9" w:rsidP="00406045">
            <w:pPr>
              <w:rPr>
                <w:b/>
              </w:rPr>
            </w:pPr>
            <w:r w:rsidRPr="00267BF9">
              <w:rPr>
                <w:b/>
                <w:noProof/>
                <w:lang w:val="fr-FR" w:eastAsia="fr-FR"/>
              </w:rPr>
              <w:drawing>
                <wp:inline distT="0" distB="0" distL="0" distR="0" wp14:anchorId="3086C8C5" wp14:editId="3DD0F8B8">
                  <wp:extent cx="4130040" cy="3268980"/>
                  <wp:effectExtent l="0" t="0" r="3810" b="7620"/>
                  <wp:docPr id="13" name="Image 13" descr="D:\DOSSIERS ASSOCIATION\DOSSIER AFEPH-CI\PROJET UNE FEMME UNE PLANTATION HEVEA\VIDEO ET PHOTO TOURNEE\APROMAC VENU POUR LA FORMATION DE12 DELEGUES VILLAGE BONGOUANO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DOSSIERS ASSOCIATION\DOSSIER AFEPH-CI\PROJET UNE FEMME UNE PLANTATION HEVEA\VIDEO ET PHOTO TOURNEE\APROMAC VENU POUR LA FORMATION DE12 DELEGUES VILLAGE BONGOUANO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0040" cy="326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7BF9">
              <w:rPr>
                <w:b/>
                <w:noProof/>
                <w:lang w:val="fr-FR" w:eastAsia="fr-FR"/>
              </w:rPr>
              <w:lastRenderedPageBreak/>
              <w:drawing>
                <wp:inline distT="0" distB="0" distL="0" distR="0" wp14:anchorId="14E28BCE" wp14:editId="521A12F6">
                  <wp:extent cx="2964180" cy="2308860"/>
                  <wp:effectExtent l="0" t="0" r="7620" b="0"/>
                  <wp:docPr id="12" name="Image 12" descr="D:\DOSSIERS ASSOCIATION\DOSSIER AFEPH-CI\PROJET UNE FEMME UNE PLANTATION HEVEA\VIDEO ET PHOTO TOURNEE\12 delegues de 14 villages bongouanou prets à suivre la formation sur l'itineraire  technique cultura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DOSSIERS ASSOCIATION\DOSSIER AFEPH-CI\PROJET UNE FEMME UNE PLANTATION HEVEA\VIDEO ET PHOTO TOURNEE\12 delegues de 14 villages bongouanou prets à suivre la formation sur l'itineraire  technique cultura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18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7BF9">
              <w:rPr>
                <w:b/>
                <w:noProof/>
                <w:lang w:val="fr-FR" w:eastAsia="fr-FR"/>
              </w:rPr>
              <w:drawing>
                <wp:inline distT="0" distB="0" distL="0" distR="0" wp14:anchorId="4D5638E4" wp14:editId="7FD14E47">
                  <wp:extent cx="3848100" cy="3649980"/>
                  <wp:effectExtent l="0" t="0" r="0" b="7620"/>
                  <wp:docPr id="11" name="Image 11" descr="D:\DOSSIERS ASSOCIATION\DOSSIER AFEPH-CI\PROJET UNE FEMME UNE PLANTATION HEVEA\VIDEO ET PHOTO TOURNEE\Remise deplants aux femme kouakro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DOSSIERS ASSOCIATION\DOSSIER AFEPH-CI\PROJET UNE FEMME UNE PLANTATION HEVEA\VIDEO ET PHOTO TOURNEE\Remise deplants aux femme kouakro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649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4EA284" w14:textId="77777777" w:rsidR="00A77E5E" w:rsidRPr="00A77E5E" w:rsidRDefault="00A77E5E" w:rsidP="00A77E5E"/>
          <w:p w14:paraId="09BD919A" w14:textId="77777777" w:rsidR="00A77E5E" w:rsidRPr="00A77E5E" w:rsidRDefault="00A77E5E" w:rsidP="00A77E5E"/>
          <w:p w14:paraId="488766C9" w14:textId="77777777" w:rsidR="00A77E5E" w:rsidRPr="00A77E5E" w:rsidRDefault="00A77E5E" w:rsidP="00A77E5E"/>
          <w:p w14:paraId="0D7EFC72" w14:textId="77777777" w:rsidR="00A77E5E" w:rsidRDefault="00A77E5E" w:rsidP="00A77E5E"/>
          <w:p w14:paraId="5BA76992" w14:textId="77777777" w:rsidR="00267BF9" w:rsidRPr="00A77E5E" w:rsidRDefault="00A77E5E" w:rsidP="00A77E5E">
            <w:pPr>
              <w:tabs>
                <w:tab w:val="left" w:pos="5064"/>
              </w:tabs>
              <w:rPr>
                <w:b/>
              </w:rPr>
            </w:pPr>
            <w:r w:rsidRPr="00A77E5E">
              <w:rPr>
                <w:b/>
              </w:rPr>
              <w:t>APROMAC SUR LE TERRAIN POUR VERIFIER L’EFFECTIVITE DE LA MISE EN OEUVRE DU PROJET ET PASSER A LA PHASE DE FORMATION DE L’ITINERAIRE TECHNIQUE</w:t>
            </w:r>
          </w:p>
          <w:p w14:paraId="4089DCCE" w14:textId="77777777" w:rsidR="00267BF9" w:rsidRPr="00267BF9" w:rsidRDefault="00267BF9" w:rsidP="00406045">
            <w:pPr>
              <w:rPr>
                <w:b/>
              </w:rPr>
            </w:pPr>
            <w:r w:rsidRPr="00267BF9">
              <w:rPr>
                <w:b/>
                <w:noProof/>
                <w:lang w:val="fr-FR" w:eastAsia="fr-FR"/>
              </w:rPr>
              <w:lastRenderedPageBreak/>
              <w:drawing>
                <wp:inline distT="0" distB="0" distL="0" distR="0" wp14:anchorId="1BB4F6A0" wp14:editId="08662348">
                  <wp:extent cx="4183380" cy="3688080"/>
                  <wp:effectExtent l="0" t="0" r="7620" b="7620"/>
                  <wp:docPr id="14" name="Image 14" descr="D:\DOSSIERS ASSOCIATION\DOSSIER AFEPH-CI\PROJET UNE FEMME UNE PLANTATION HEVEA\VIDEO ET PHOTO TOURNEE\APROMAC AVEC LES FEMMES AFEPHCI DANS UNE PLANTATION POUR LA FORM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DOSSIERS ASSOCIATION\DOSSIER AFEPH-CI\PROJET UNE FEMME UNE PLANTATION HEVEA\VIDEO ET PHOTO TOURNEE\APROMAC AVEC LES FEMMES AFEPHCI DANS UNE PLANTATION POUR LA FORM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3380" cy="368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D2B" w:rsidRPr="00267BF9" w14:paraId="3ED51E43" w14:textId="77777777" w:rsidTr="00143F60">
        <w:tc>
          <w:tcPr>
            <w:tcW w:w="1384" w:type="dxa"/>
          </w:tcPr>
          <w:p w14:paraId="10F67C05" w14:textId="77777777" w:rsidR="00D31D2B" w:rsidRPr="00267BF9" w:rsidRDefault="00D31D2B">
            <w:pPr>
              <w:rPr>
                <w:b/>
              </w:rPr>
            </w:pPr>
          </w:p>
        </w:tc>
        <w:tc>
          <w:tcPr>
            <w:tcW w:w="7472" w:type="dxa"/>
          </w:tcPr>
          <w:p w14:paraId="5B008AAE" w14:textId="77777777" w:rsidR="00D31D2B" w:rsidRPr="00267BF9" w:rsidRDefault="00D31D2B" w:rsidP="00406045">
            <w:pPr>
              <w:rPr>
                <w:b/>
              </w:rPr>
            </w:pPr>
          </w:p>
        </w:tc>
      </w:tr>
    </w:tbl>
    <w:p w14:paraId="10F6BD25" w14:textId="77777777" w:rsidR="00D31D2B" w:rsidRDefault="00BD3D99">
      <w:pPr>
        <w:pStyle w:val="Titre1"/>
      </w:pPr>
      <w:r>
        <w:t>4. RÉSULTATS OBTENUS</w:t>
      </w:r>
    </w:p>
    <w:p w14:paraId="64C2EEE2" w14:textId="77777777" w:rsidR="00D31D2B" w:rsidRDefault="00BD3D99">
      <w:r>
        <w:t>- 100 femmes</w:t>
      </w:r>
      <w:r w:rsidR="00406045">
        <w:t xml:space="preserve"> dans la region de </w:t>
      </w:r>
      <w:proofErr w:type="spellStart"/>
      <w:r w:rsidR="00406045">
        <w:t>moronou</w:t>
      </w:r>
      <w:proofErr w:type="spellEnd"/>
      <w:r w:rsidR="00406045">
        <w:t xml:space="preserve"> et 300 femmes à </w:t>
      </w:r>
      <w:proofErr w:type="spellStart"/>
      <w:proofErr w:type="gramStart"/>
      <w:r w:rsidR="00406045">
        <w:t>Bondoukou</w:t>
      </w:r>
      <w:proofErr w:type="spellEnd"/>
      <w:r w:rsidR="00406045">
        <w:t xml:space="preserve"> </w:t>
      </w:r>
      <w:r>
        <w:t xml:space="preserve"> </w:t>
      </w:r>
      <w:proofErr w:type="spellStart"/>
      <w:r>
        <w:t>ont</w:t>
      </w:r>
      <w:proofErr w:type="spellEnd"/>
      <w:proofErr w:type="gramEnd"/>
      <w:r>
        <w:t xml:space="preserve"> </w:t>
      </w:r>
      <w:proofErr w:type="spellStart"/>
      <w:r>
        <w:t>reçu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kits de plantation.</w:t>
      </w:r>
      <w:r w:rsidR="00A77E5E">
        <w:t xml:space="preserve">( </w:t>
      </w:r>
      <w:proofErr w:type="spellStart"/>
      <w:r w:rsidR="00A77E5E">
        <w:t>parcelles</w:t>
      </w:r>
      <w:proofErr w:type="spellEnd"/>
      <w:r w:rsidR="00A77E5E">
        <w:t xml:space="preserve"> </w:t>
      </w:r>
      <w:proofErr w:type="spellStart"/>
      <w:r w:rsidR="00A77E5E">
        <w:t>netoyées</w:t>
      </w:r>
      <w:proofErr w:type="spellEnd"/>
      <w:r w:rsidR="00A77E5E">
        <w:t xml:space="preserve">, plants </w:t>
      </w:r>
      <w:proofErr w:type="spellStart"/>
      <w:r w:rsidR="00A77E5E">
        <w:t>recus</w:t>
      </w:r>
      <w:proofErr w:type="spellEnd"/>
      <w:r w:rsidR="00A77E5E">
        <w:t xml:space="preserve">, formations sur le leadership et </w:t>
      </w:r>
      <w:proofErr w:type="spellStart"/>
      <w:r w:rsidR="00A77E5E">
        <w:t>l’itineraire</w:t>
      </w:r>
      <w:proofErr w:type="spellEnd"/>
      <w:r w:rsidR="00A77E5E">
        <w:t xml:space="preserve"> technique recue)</w:t>
      </w:r>
    </w:p>
    <w:p w14:paraId="25534805" w14:textId="77777777" w:rsidR="00D31D2B" w:rsidRDefault="00A77E5E">
      <w:r>
        <w:t xml:space="preserve">- 100 </w:t>
      </w:r>
      <w:proofErr w:type="spellStart"/>
      <w:r w:rsidR="00BD3D99">
        <w:t>parcelles</w:t>
      </w:r>
      <w:proofErr w:type="spellEnd"/>
      <w:r w:rsidR="00BD3D99">
        <w:t xml:space="preserve"> </w:t>
      </w:r>
      <w:proofErr w:type="spellStart"/>
      <w:r w:rsidR="00BD3D99">
        <w:t>maraîchères</w:t>
      </w:r>
      <w:proofErr w:type="spellEnd"/>
      <w:r w:rsidR="00BD3D99">
        <w:t xml:space="preserve"> </w:t>
      </w:r>
      <w:proofErr w:type="gramStart"/>
      <w:r>
        <w:t>( ha</w:t>
      </w:r>
      <w:proofErr w:type="gramEnd"/>
      <w:r>
        <w:t xml:space="preserve">) </w:t>
      </w:r>
      <w:proofErr w:type="spellStart"/>
      <w:r w:rsidR="00BD3D99">
        <w:t>ont</w:t>
      </w:r>
      <w:proofErr w:type="spellEnd"/>
      <w:r w:rsidR="00BD3D99">
        <w:t xml:space="preserve"> </w:t>
      </w:r>
      <w:proofErr w:type="spellStart"/>
      <w:r w:rsidR="00BD3D99">
        <w:t>été</w:t>
      </w:r>
      <w:proofErr w:type="spellEnd"/>
      <w:r w:rsidR="00BD3D99">
        <w:t xml:space="preserve"> </w:t>
      </w:r>
      <w:proofErr w:type="spellStart"/>
      <w:r w:rsidR="00143F60">
        <w:t>amorcées</w:t>
      </w:r>
      <w:proofErr w:type="spellEnd"/>
      <w:r w:rsidR="00143F60">
        <w:t xml:space="preserve"> dans 3 localities de </w:t>
      </w:r>
      <w:proofErr w:type="spellStart"/>
      <w:r w:rsidR="00143F60">
        <w:t>Moronou</w:t>
      </w:r>
      <w:r w:rsidR="0002200F">
        <w:t>et</w:t>
      </w:r>
      <w:proofErr w:type="spellEnd"/>
      <w:r w:rsidR="0002200F">
        <w:t xml:space="preserve"> de </w:t>
      </w:r>
      <w:proofErr w:type="spellStart"/>
      <w:r w:rsidR="0002200F">
        <w:t>Gontougo</w:t>
      </w:r>
      <w:proofErr w:type="spellEnd"/>
    </w:p>
    <w:p w14:paraId="06FE9B39" w14:textId="77777777" w:rsidR="00A77E5E" w:rsidRPr="00173448" w:rsidRDefault="00173448">
      <w:pPr>
        <w:rPr>
          <w:b/>
        </w:rPr>
      </w:pPr>
      <w:r>
        <w:t>(</w:t>
      </w:r>
      <w:r w:rsidRPr="00173448">
        <w:rPr>
          <w:b/>
        </w:rPr>
        <w:t xml:space="preserve">nous </w:t>
      </w:r>
      <w:proofErr w:type="spellStart"/>
      <w:r w:rsidRPr="00173448">
        <w:rPr>
          <w:b/>
        </w:rPr>
        <w:t>voulons</w:t>
      </w:r>
      <w:proofErr w:type="spellEnd"/>
      <w:r w:rsidRPr="00173448">
        <w:rPr>
          <w:b/>
        </w:rPr>
        <w:t xml:space="preserve"> </w:t>
      </w:r>
      <w:proofErr w:type="spellStart"/>
      <w:r w:rsidRPr="00173448">
        <w:rPr>
          <w:b/>
        </w:rPr>
        <w:t>permettre</w:t>
      </w:r>
      <w:proofErr w:type="spellEnd"/>
      <w:r w:rsidRPr="00173448">
        <w:rPr>
          <w:b/>
        </w:rPr>
        <w:t xml:space="preserve"> à </w:t>
      </w:r>
      <w:proofErr w:type="spellStart"/>
      <w:r w:rsidRPr="00173448">
        <w:rPr>
          <w:b/>
        </w:rPr>
        <w:t>chaque</w:t>
      </w:r>
      <w:proofErr w:type="spellEnd"/>
      <w:r w:rsidRPr="00173448">
        <w:rPr>
          <w:b/>
        </w:rPr>
        <w:t xml:space="preserve"> femme</w:t>
      </w:r>
      <w:r w:rsidR="00A77E5E" w:rsidRPr="00173448">
        <w:rPr>
          <w:b/>
        </w:rPr>
        <w:t xml:space="preserve"> de</w:t>
      </w:r>
      <w:r w:rsidRPr="00173448">
        <w:rPr>
          <w:b/>
        </w:rPr>
        <w:t xml:space="preserve"> faire du </w:t>
      </w:r>
      <w:proofErr w:type="spellStart"/>
      <w:r w:rsidRPr="00173448">
        <w:rPr>
          <w:b/>
        </w:rPr>
        <w:t>vivrier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ou</w:t>
      </w:r>
      <w:proofErr w:type="spellEnd"/>
      <w:r>
        <w:rPr>
          <w:b/>
        </w:rPr>
        <w:t xml:space="preserve"> du </w:t>
      </w:r>
      <w:proofErr w:type="spellStart"/>
      <w:r>
        <w:rPr>
          <w:b/>
        </w:rPr>
        <w:t>maraicher</w:t>
      </w:r>
      <w:proofErr w:type="spellEnd"/>
      <w:r w:rsidRPr="00173448">
        <w:rPr>
          <w:b/>
        </w:rPr>
        <w:t xml:space="preserve"> sur </w:t>
      </w:r>
      <w:proofErr w:type="spellStart"/>
      <w:r w:rsidRPr="00173448">
        <w:rPr>
          <w:b/>
        </w:rPr>
        <w:t>sa</w:t>
      </w:r>
      <w:proofErr w:type="spellEnd"/>
      <w:r w:rsidRPr="00173448">
        <w:rPr>
          <w:b/>
        </w:rPr>
        <w:t xml:space="preserve"> </w:t>
      </w:r>
      <w:proofErr w:type="spellStart"/>
      <w:r w:rsidRPr="00173448">
        <w:rPr>
          <w:b/>
        </w:rPr>
        <w:t>parcelle</w:t>
      </w:r>
      <w:proofErr w:type="spellEnd"/>
      <w:r w:rsidRPr="00173448">
        <w:rPr>
          <w:b/>
        </w:rPr>
        <w:t>)</w:t>
      </w:r>
    </w:p>
    <w:p w14:paraId="70957E0B" w14:textId="77777777" w:rsidR="00D31D2B" w:rsidRDefault="00BD3D99">
      <w:r>
        <w:t xml:space="preserve">- Une forte </w:t>
      </w:r>
      <w:proofErr w:type="spellStart"/>
      <w:r>
        <w:t>mobilisation</w:t>
      </w:r>
      <w:proofErr w:type="spellEnd"/>
      <w:r>
        <w:t xml:space="preserve"> locale avec la participation des chefs de village, ONG </w:t>
      </w:r>
      <w:r w:rsidR="00173448">
        <w:t xml:space="preserve">ADDA </w:t>
      </w:r>
      <w:proofErr w:type="spellStart"/>
      <w:r w:rsidR="00173448">
        <w:t>partenaire</w:t>
      </w:r>
      <w:proofErr w:type="spellEnd"/>
      <w:r w:rsidR="00173448">
        <w:t xml:space="preserve"> de </w:t>
      </w:r>
      <w:proofErr w:type="spellStart"/>
      <w:r w:rsidR="00173448">
        <w:t>l’AFEPH</w:t>
      </w:r>
      <w:proofErr w:type="spellEnd"/>
      <w:r w:rsidR="00173448">
        <w:t xml:space="preserve"> CI</w:t>
      </w:r>
      <w:r>
        <w:t xml:space="preserve">, et </w:t>
      </w:r>
      <w:proofErr w:type="spellStart"/>
      <w:r>
        <w:t>autorités</w:t>
      </w:r>
      <w:proofErr w:type="spellEnd"/>
      <w:r>
        <w:t xml:space="preserve"> locales.</w:t>
      </w:r>
    </w:p>
    <w:p w14:paraId="32116FDF" w14:textId="77777777" w:rsidR="00D31D2B" w:rsidRPr="00101DCB" w:rsidRDefault="00BD3D99">
      <w:pPr>
        <w:pStyle w:val="Titre1"/>
        <w:rPr>
          <w:color w:val="auto"/>
        </w:rPr>
      </w:pPr>
      <w:r w:rsidRPr="00101DCB">
        <w:rPr>
          <w:color w:val="auto"/>
        </w:rPr>
        <w:t>5. ENJEUX ET DÉFIS RENCONTRÉS</w:t>
      </w:r>
    </w:p>
    <w:p w14:paraId="61FD8BDC" w14:textId="77777777" w:rsidR="00D31D2B" w:rsidRDefault="00BD3D99">
      <w:r>
        <w:t xml:space="preserve">- </w:t>
      </w:r>
      <w:proofErr w:type="spellStart"/>
      <w:r>
        <w:t>Accès</w:t>
      </w:r>
      <w:proofErr w:type="spellEnd"/>
      <w:r>
        <w:t xml:space="preserve"> à </w:t>
      </w:r>
      <w:proofErr w:type="spellStart"/>
      <w:r>
        <w:t>l’eau</w:t>
      </w:r>
      <w:proofErr w:type="spellEnd"/>
      <w:r>
        <w:t xml:space="preserve"> </w:t>
      </w:r>
      <w:proofErr w:type="spellStart"/>
      <w:proofErr w:type="gramStart"/>
      <w:r>
        <w:t>irrégulier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nécessité</w:t>
      </w:r>
      <w:proofErr w:type="spellEnd"/>
      <w:r>
        <w:t xml:space="preserve"> d’un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d’irrigation</w:t>
      </w:r>
      <w:proofErr w:type="spellEnd"/>
      <w:r>
        <w:t xml:space="preserve"> goutte-à-goutte </w:t>
      </w:r>
      <w:proofErr w:type="spellStart"/>
      <w:r>
        <w:t>adapté</w:t>
      </w:r>
      <w:proofErr w:type="spellEnd"/>
      <w:r>
        <w:t>.</w:t>
      </w:r>
    </w:p>
    <w:p w14:paraId="56EB6C8F" w14:textId="77777777" w:rsidR="00D31D2B" w:rsidRDefault="00BD3D99">
      <w:r>
        <w:t xml:space="preserve">- </w:t>
      </w:r>
      <w:proofErr w:type="spellStart"/>
      <w:r>
        <w:t>Besoin</w:t>
      </w:r>
      <w:proofErr w:type="spellEnd"/>
      <w:r>
        <w:t xml:space="preserve"> de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rapproché</w:t>
      </w:r>
      <w:proofErr w:type="spellEnd"/>
      <w:r>
        <w:t xml:space="preserve"> pour </w:t>
      </w:r>
      <w:proofErr w:type="spellStart"/>
      <w:r>
        <w:t>garantir</w:t>
      </w:r>
      <w:proofErr w:type="spellEnd"/>
      <w:r>
        <w:t xml:space="preserve"> la </w:t>
      </w:r>
      <w:proofErr w:type="spellStart"/>
      <w:r>
        <w:t>réussite</w:t>
      </w:r>
      <w:proofErr w:type="spellEnd"/>
      <w:r>
        <w:t xml:space="preserve"> technique des plantations.</w:t>
      </w:r>
    </w:p>
    <w:p w14:paraId="20B08A89" w14:textId="77777777" w:rsidR="00D31D2B" w:rsidRDefault="00BD3D99">
      <w:r>
        <w:t xml:space="preserve">- </w:t>
      </w:r>
      <w:proofErr w:type="spellStart"/>
      <w:r>
        <w:t>Quelques</w:t>
      </w:r>
      <w:proofErr w:type="spellEnd"/>
      <w:r>
        <w:t xml:space="preserve"> retards </w:t>
      </w:r>
      <w:proofErr w:type="spellStart"/>
      <w:r>
        <w:t>logistiques</w:t>
      </w:r>
      <w:proofErr w:type="spellEnd"/>
      <w:r>
        <w:t xml:space="preserve"> dans </w:t>
      </w:r>
      <w:proofErr w:type="spellStart"/>
      <w:r>
        <w:t>l’acheminement</w:t>
      </w:r>
      <w:proofErr w:type="spellEnd"/>
      <w:r>
        <w:t xml:space="preserve"> des intrants.</w:t>
      </w:r>
    </w:p>
    <w:p w14:paraId="2FBF626B" w14:textId="77777777" w:rsidR="00D31D2B" w:rsidRPr="00101DCB" w:rsidRDefault="00BD3D99">
      <w:pPr>
        <w:pStyle w:val="Titre1"/>
        <w:rPr>
          <w:color w:val="auto"/>
        </w:rPr>
      </w:pPr>
      <w:r w:rsidRPr="00101DCB">
        <w:rPr>
          <w:color w:val="auto"/>
        </w:rPr>
        <w:lastRenderedPageBreak/>
        <w:t>6. PROCHAINES ÉTAPES</w:t>
      </w:r>
    </w:p>
    <w:p w14:paraId="5C2F62A2" w14:textId="77777777" w:rsidR="00D31D2B" w:rsidRDefault="00BD3D99">
      <w:r>
        <w:t xml:space="preserve">- </w:t>
      </w:r>
      <w:proofErr w:type="spellStart"/>
      <w:r>
        <w:t>Suivi-évaluation</w:t>
      </w:r>
      <w:proofErr w:type="spellEnd"/>
      <w:r>
        <w:t xml:space="preserve"> technique des plantations des 100 premières femmes.</w:t>
      </w:r>
    </w:p>
    <w:p w14:paraId="20E7D0CC" w14:textId="77777777" w:rsidR="00D31D2B" w:rsidRDefault="00BD3D99">
      <w:r>
        <w:t xml:space="preserve">- Extension du </w:t>
      </w:r>
      <w:proofErr w:type="spellStart"/>
      <w:r>
        <w:t>projet</w:t>
      </w:r>
      <w:proofErr w:type="spellEnd"/>
      <w:r>
        <w:t xml:space="preserve"> à 200 </w:t>
      </w:r>
      <w:proofErr w:type="spellStart"/>
      <w:r>
        <w:t>autres</w:t>
      </w:r>
      <w:proofErr w:type="spellEnd"/>
      <w:r>
        <w:t xml:space="preserve"> femmes </w:t>
      </w:r>
      <w:proofErr w:type="spellStart"/>
      <w:r>
        <w:t>identifiées</w:t>
      </w:r>
      <w:proofErr w:type="spellEnd"/>
      <w:r>
        <w:t>.</w:t>
      </w:r>
    </w:p>
    <w:p w14:paraId="7841E3D2" w14:textId="77777777" w:rsidR="00D31D2B" w:rsidRDefault="00BD3D99">
      <w:r>
        <w:t xml:space="preserve">- Installation des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d’irrigation</w:t>
      </w:r>
      <w:proofErr w:type="spellEnd"/>
      <w:r>
        <w:t xml:space="preserve"> durables (</w:t>
      </w:r>
      <w:proofErr w:type="spellStart"/>
      <w:r>
        <w:t>pompes</w:t>
      </w:r>
      <w:proofErr w:type="spellEnd"/>
      <w:r>
        <w:t xml:space="preserve"> </w:t>
      </w:r>
      <w:proofErr w:type="spellStart"/>
      <w:r>
        <w:t>solaires</w:t>
      </w:r>
      <w:proofErr w:type="spellEnd"/>
      <w:r>
        <w:t xml:space="preserve">, forage </w:t>
      </w:r>
      <w:proofErr w:type="spellStart"/>
      <w:r>
        <w:t>communautaire</w:t>
      </w:r>
      <w:proofErr w:type="spellEnd"/>
      <w:r>
        <w:t>).</w:t>
      </w:r>
    </w:p>
    <w:p w14:paraId="12CDD498" w14:textId="77777777" w:rsidR="00D31D2B" w:rsidRDefault="00BD3D99">
      <w:r>
        <w:t xml:space="preserve">- </w:t>
      </w:r>
      <w:proofErr w:type="spellStart"/>
      <w:r>
        <w:t>Renforcement</w:t>
      </w:r>
      <w:proofErr w:type="spellEnd"/>
      <w:r>
        <w:t xml:space="preserve"> des </w:t>
      </w:r>
      <w:proofErr w:type="spellStart"/>
      <w:r>
        <w:t>capacités</w:t>
      </w:r>
      <w:proofErr w:type="spellEnd"/>
      <w:r>
        <w:t xml:space="preserve"> </w:t>
      </w:r>
      <w:proofErr w:type="spellStart"/>
      <w:proofErr w:type="gramStart"/>
      <w:r>
        <w:t>commerciales</w:t>
      </w:r>
      <w:proofErr w:type="spellEnd"/>
      <w:r>
        <w:t xml:space="preserve"> :</w:t>
      </w:r>
      <w:proofErr w:type="gramEnd"/>
      <w:r>
        <w:t xml:space="preserve"> stockage, transformation,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marché</w:t>
      </w:r>
      <w:proofErr w:type="spellEnd"/>
      <w:r>
        <w:t>.</w:t>
      </w:r>
    </w:p>
    <w:p w14:paraId="7D6194DF" w14:textId="77777777" w:rsidR="00D31D2B" w:rsidRPr="00101DCB" w:rsidRDefault="00BD3D99">
      <w:pPr>
        <w:pStyle w:val="Titre1"/>
        <w:rPr>
          <w:color w:val="auto"/>
        </w:rPr>
      </w:pPr>
      <w:r w:rsidRPr="00101DCB">
        <w:rPr>
          <w:color w:val="auto"/>
        </w:rPr>
        <w:t>7. RECOMMANDATIONS</w:t>
      </w:r>
    </w:p>
    <w:p w14:paraId="23991E0F" w14:textId="77777777" w:rsidR="00D31D2B" w:rsidRDefault="00BD3D99">
      <w:r>
        <w:t xml:space="preserve">- </w:t>
      </w:r>
      <w:proofErr w:type="spellStart"/>
      <w:r>
        <w:t>Appui</w:t>
      </w:r>
      <w:proofErr w:type="spellEnd"/>
      <w:r>
        <w:t xml:space="preserve"> financier et </w:t>
      </w:r>
      <w:proofErr w:type="spellStart"/>
      <w:r>
        <w:t>logistique</w:t>
      </w:r>
      <w:proofErr w:type="spellEnd"/>
      <w:r>
        <w:t xml:space="preserve"> pour la mise </w:t>
      </w:r>
      <w:proofErr w:type="spellStart"/>
      <w:r>
        <w:t>en</w:t>
      </w:r>
      <w:proofErr w:type="spellEnd"/>
      <w:r>
        <w:t xml:space="preserve"> place des infrastructures </w:t>
      </w:r>
      <w:proofErr w:type="spellStart"/>
      <w:r>
        <w:t>hydrauliques</w:t>
      </w:r>
      <w:proofErr w:type="spellEnd"/>
      <w:r>
        <w:t>.</w:t>
      </w:r>
    </w:p>
    <w:p w14:paraId="4422E06B" w14:textId="77777777" w:rsidR="00D31D2B" w:rsidRDefault="00BD3D99">
      <w:r>
        <w:t xml:space="preserve">- Multiplication des séances de formation </w:t>
      </w:r>
      <w:proofErr w:type="gramStart"/>
      <w:r>
        <w:t>continue</w:t>
      </w:r>
      <w:proofErr w:type="gramEnd"/>
      <w:r>
        <w:t xml:space="preserve"> </w:t>
      </w:r>
      <w:proofErr w:type="spellStart"/>
      <w:r>
        <w:t>en</w:t>
      </w:r>
      <w:proofErr w:type="spellEnd"/>
      <w:r>
        <w:t xml:space="preserve"> gestion </w:t>
      </w:r>
      <w:proofErr w:type="spellStart"/>
      <w:r>
        <w:t>agricole</w:t>
      </w:r>
      <w:proofErr w:type="spellEnd"/>
      <w:r>
        <w:t>.</w:t>
      </w:r>
    </w:p>
    <w:p w14:paraId="090840D7" w14:textId="77777777" w:rsidR="00D31D2B" w:rsidRDefault="00BD3D99">
      <w:r>
        <w:t xml:space="preserve">- </w:t>
      </w:r>
      <w:proofErr w:type="spellStart"/>
      <w:r>
        <w:t>Déploiement</w:t>
      </w:r>
      <w:proofErr w:type="spellEnd"/>
      <w:r>
        <w:t xml:space="preserve"> de personnel technique sur le terrain (animateurs </w:t>
      </w:r>
      <w:proofErr w:type="spellStart"/>
      <w:r>
        <w:t>agricoles</w:t>
      </w:r>
      <w:proofErr w:type="spellEnd"/>
      <w:r>
        <w:t>).</w:t>
      </w:r>
    </w:p>
    <w:p w14:paraId="1CAC3506" w14:textId="77777777" w:rsidR="00D31D2B" w:rsidRPr="00101DCB" w:rsidRDefault="00E739FF">
      <w:pPr>
        <w:pStyle w:val="Titre1"/>
        <w:rPr>
          <w:color w:val="auto"/>
        </w:rPr>
      </w:pPr>
      <w:r w:rsidRPr="00101DCB">
        <w:rPr>
          <w:color w:val="auto"/>
        </w:rPr>
        <w:t>8</w:t>
      </w:r>
      <w:r w:rsidR="00BD3D99" w:rsidRPr="00101DCB">
        <w:rPr>
          <w:color w:val="auto"/>
        </w:rPr>
        <w:t>. CONCLUSION</w:t>
      </w:r>
    </w:p>
    <w:p w14:paraId="157AF482" w14:textId="77777777" w:rsidR="00D31D2B" w:rsidRDefault="00BD3D99">
      <w:r>
        <w:t xml:space="preserve">Cette phase marque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avancée</w:t>
      </w:r>
      <w:proofErr w:type="spellEnd"/>
      <w:r>
        <w:t xml:space="preserve"> significative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l’autonomisation</w:t>
      </w:r>
      <w:proofErr w:type="spellEnd"/>
      <w:r>
        <w:t xml:space="preserve"> </w:t>
      </w:r>
      <w:proofErr w:type="spellStart"/>
      <w:r>
        <w:t>réelle</w:t>
      </w:r>
      <w:proofErr w:type="spellEnd"/>
      <w:r>
        <w:t xml:space="preserve"> des femmes rurales du </w:t>
      </w:r>
      <w:proofErr w:type="spellStart"/>
      <w:proofErr w:type="gramStart"/>
      <w:r>
        <w:t>Moronou</w:t>
      </w:r>
      <w:proofErr w:type="spellEnd"/>
      <w:r w:rsidR="0052316E">
        <w:t xml:space="preserve">  et</w:t>
      </w:r>
      <w:proofErr w:type="gramEnd"/>
      <w:r w:rsidR="0052316E">
        <w:t xml:space="preserve"> du </w:t>
      </w:r>
      <w:proofErr w:type="spellStart"/>
      <w:r w:rsidR="0052316E">
        <w:t>Gontougo</w:t>
      </w:r>
      <w:proofErr w:type="spellEnd"/>
      <w:r>
        <w:t xml:space="preserve">. </w:t>
      </w:r>
      <w:proofErr w:type="spellStart"/>
      <w:r>
        <w:t>L’engagement</w:t>
      </w:r>
      <w:proofErr w:type="spellEnd"/>
      <w:r>
        <w:t xml:space="preserve"> </w:t>
      </w:r>
      <w:proofErr w:type="spellStart"/>
      <w:r>
        <w:t>communautaire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fort, et les premiers </w:t>
      </w:r>
      <w:proofErr w:type="spellStart"/>
      <w:r>
        <w:t>résultats</w:t>
      </w:r>
      <w:proofErr w:type="spellEnd"/>
      <w:r>
        <w:t xml:space="preserve"> sont </w:t>
      </w:r>
      <w:proofErr w:type="spellStart"/>
      <w:r>
        <w:t>prometteurs</w:t>
      </w:r>
      <w:proofErr w:type="spellEnd"/>
      <w:r>
        <w:t xml:space="preserve">. Le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nécessite</w:t>
      </w:r>
      <w:proofErr w:type="spellEnd"/>
      <w:r>
        <w:t xml:space="preserve"> </w:t>
      </w:r>
      <w:proofErr w:type="spellStart"/>
      <w:r>
        <w:t>cependant</w:t>
      </w:r>
      <w:proofErr w:type="spellEnd"/>
      <w:r>
        <w:t xml:space="preserve"> un </w:t>
      </w:r>
      <w:proofErr w:type="spellStart"/>
      <w:r>
        <w:t>appui</w:t>
      </w:r>
      <w:proofErr w:type="spellEnd"/>
      <w:r>
        <w:t xml:space="preserve"> </w:t>
      </w:r>
      <w:proofErr w:type="spellStart"/>
      <w:r>
        <w:t>renforcé</w:t>
      </w:r>
      <w:proofErr w:type="spellEnd"/>
      <w:r w:rsidR="0052316E">
        <w:t xml:space="preserve"> pour </w:t>
      </w:r>
      <w:proofErr w:type="spellStart"/>
      <w:r w:rsidR="0052316E">
        <w:t>atteindre</w:t>
      </w:r>
      <w:proofErr w:type="spellEnd"/>
      <w:r w:rsidR="0052316E">
        <w:t xml:space="preserve"> </w:t>
      </w:r>
      <w:proofErr w:type="spellStart"/>
      <w:r w:rsidR="0052316E">
        <w:t>l’ensemble</w:t>
      </w:r>
      <w:proofErr w:type="spellEnd"/>
      <w:r w:rsidR="0052316E">
        <w:t xml:space="preserve"> des 10</w:t>
      </w:r>
      <w:r>
        <w:t>00 femmes</w:t>
      </w:r>
      <w:r w:rsidR="0052316E">
        <w:t>/an</w:t>
      </w:r>
      <w:r>
        <w:t xml:space="preserve"> et </w:t>
      </w:r>
      <w:proofErr w:type="spellStart"/>
      <w:r>
        <w:t>garantir</w:t>
      </w:r>
      <w:proofErr w:type="spellEnd"/>
      <w:r>
        <w:t xml:space="preserve"> la </w:t>
      </w:r>
      <w:proofErr w:type="spellStart"/>
      <w:r>
        <w:t>pérennité</w:t>
      </w:r>
      <w:proofErr w:type="spellEnd"/>
      <w:r>
        <w:t xml:space="preserve"> des cultures à travers </w:t>
      </w:r>
      <w:proofErr w:type="spellStart"/>
      <w:r>
        <w:t>une</w:t>
      </w:r>
      <w:proofErr w:type="spellEnd"/>
      <w:r>
        <w:t xml:space="preserve"> irrigation </w:t>
      </w:r>
      <w:proofErr w:type="spellStart"/>
      <w:r>
        <w:t>moderne</w:t>
      </w:r>
      <w:proofErr w:type="spellEnd"/>
      <w:r>
        <w:t xml:space="preserve"> et durable.</w:t>
      </w:r>
    </w:p>
    <w:sectPr w:rsidR="00D31D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AEB43" w14:textId="77777777" w:rsidR="005360D1" w:rsidRDefault="005360D1" w:rsidP="002403DC">
      <w:pPr>
        <w:spacing w:after="0" w:line="240" w:lineRule="auto"/>
      </w:pPr>
      <w:r>
        <w:separator/>
      </w:r>
    </w:p>
  </w:endnote>
  <w:endnote w:type="continuationSeparator" w:id="0">
    <w:p w14:paraId="4D54A6AC" w14:textId="77777777" w:rsidR="005360D1" w:rsidRDefault="005360D1" w:rsidP="00240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56F9C7" w14:textId="77777777" w:rsidR="005360D1" w:rsidRDefault="005360D1" w:rsidP="002403DC">
      <w:pPr>
        <w:spacing w:after="0" w:line="240" w:lineRule="auto"/>
      </w:pPr>
      <w:r>
        <w:separator/>
      </w:r>
    </w:p>
  </w:footnote>
  <w:footnote w:type="continuationSeparator" w:id="0">
    <w:p w14:paraId="2AC4BBC7" w14:textId="77777777" w:rsidR="005360D1" w:rsidRDefault="005360D1" w:rsidP="00240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5307EA"/>
    <w:multiLevelType w:val="hybridMultilevel"/>
    <w:tmpl w:val="CACC966E"/>
    <w:lvl w:ilvl="0" w:tplc="B01A8BF6">
      <w:start w:val="3"/>
      <w:numFmt w:val="bullet"/>
      <w:lvlText w:val="-"/>
      <w:lvlJc w:val="left"/>
      <w:pPr>
        <w:ind w:left="43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0" w15:restartNumberingAfterBreak="0">
    <w:nsid w:val="321F0F70"/>
    <w:multiLevelType w:val="multilevel"/>
    <w:tmpl w:val="AA4479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802454084">
    <w:abstractNumId w:val="8"/>
  </w:num>
  <w:num w:numId="2" w16cid:durableId="1280138944">
    <w:abstractNumId w:val="6"/>
  </w:num>
  <w:num w:numId="3" w16cid:durableId="231086444">
    <w:abstractNumId w:val="5"/>
  </w:num>
  <w:num w:numId="4" w16cid:durableId="2119138188">
    <w:abstractNumId w:val="4"/>
  </w:num>
  <w:num w:numId="5" w16cid:durableId="1584025325">
    <w:abstractNumId w:val="7"/>
  </w:num>
  <w:num w:numId="6" w16cid:durableId="1046181244">
    <w:abstractNumId w:val="3"/>
  </w:num>
  <w:num w:numId="7" w16cid:durableId="202981991">
    <w:abstractNumId w:val="2"/>
  </w:num>
  <w:num w:numId="8" w16cid:durableId="365643537">
    <w:abstractNumId w:val="1"/>
  </w:num>
  <w:num w:numId="9" w16cid:durableId="67848980">
    <w:abstractNumId w:val="0"/>
  </w:num>
  <w:num w:numId="10" w16cid:durableId="1070233003">
    <w:abstractNumId w:val="10"/>
  </w:num>
  <w:num w:numId="11" w16cid:durableId="8555815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00F"/>
    <w:rsid w:val="00034616"/>
    <w:rsid w:val="0006063C"/>
    <w:rsid w:val="00077C2D"/>
    <w:rsid w:val="000F39C5"/>
    <w:rsid w:val="00101DCB"/>
    <w:rsid w:val="00143F60"/>
    <w:rsid w:val="0015074B"/>
    <w:rsid w:val="00173448"/>
    <w:rsid w:val="00216F64"/>
    <w:rsid w:val="002403DC"/>
    <w:rsid w:val="00254960"/>
    <w:rsid w:val="00267BF9"/>
    <w:rsid w:val="0029639D"/>
    <w:rsid w:val="00326F90"/>
    <w:rsid w:val="003C6566"/>
    <w:rsid w:val="00406045"/>
    <w:rsid w:val="0052316E"/>
    <w:rsid w:val="005360D1"/>
    <w:rsid w:val="005D0006"/>
    <w:rsid w:val="00666724"/>
    <w:rsid w:val="00694786"/>
    <w:rsid w:val="00A77E5E"/>
    <w:rsid w:val="00AA1D8D"/>
    <w:rsid w:val="00B47730"/>
    <w:rsid w:val="00BD3D99"/>
    <w:rsid w:val="00CB0664"/>
    <w:rsid w:val="00D31D2B"/>
    <w:rsid w:val="00DF1972"/>
    <w:rsid w:val="00E739FF"/>
    <w:rsid w:val="00EC22ED"/>
    <w:rsid w:val="00F64A99"/>
    <w:rsid w:val="00F66A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784D0"/>
  <w14:defaultImageDpi w14:val="300"/>
  <w15:docId w15:val="{260E1EEB-B271-4802-8DF0-1054A685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9A0320-EBF9-4057-B8EF-389C4C35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982</Words>
  <Characters>5403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REGIS AYMARD N'GUESSAN</cp:lastModifiedBy>
  <cp:revision>2</cp:revision>
  <dcterms:created xsi:type="dcterms:W3CDTF">2025-08-21T08:58:00Z</dcterms:created>
  <dcterms:modified xsi:type="dcterms:W3CDTF">2025-08-21T08:58:00Z</dcterms:modified>
  <cp:category/>
</cp:coreProperties>
</file>